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086"/>
        <w:gridCol w:w="7873"/>
      </w:tblGrid>
      <w:tr w:rsidR="00F42353" w:rsidRPr="006D1847" w14:paraId="7515ACC5" w14:textId="77777777" w:rsidTr="00F576CB">
        <w:trPr>
          <w:jc w:val="center"/>
        </w:trPr>
        <w:tc>
          <w:tcPr>
            <w:tcW w:w="1419" w:type="dxa"/>
          </w:tcPr>
          <w:p w14:paraId="7C7A78FD" w14:textId="77777777" w:rsidR="00300BF3" w:rsidRPr="006D1847" w:rsidRDefault="00F42353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  <w:noProof/>
              </w:rPr>
              <w:drawing>
                <wp:inline distT="0" distB="0" distL="0" distR="0" wp14:anchorId="2633E585" wp14:editId="2FF8D7D0">
                  <wp:extent cx="1187639" cy="1180214"/>
                  <wp:effectExtent l="0" t="0" r="0" b="127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-4_3a_2.gif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881" cy="1354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3" w:type="dxa"/>
          </w:tcPr>
          <w:p w14:paraId="018078FA" w14:textId="77777777" w:rsidR="00611B50" w:rsidRPr="006D1847" w:rsidRDefault="008F46E5" w:rsidP="00611B50">
            <w:pPr>
              <w:spacing w:after="0" w:line="0" w:lineRule="atLeast"/>
              <w:jc w:val="center"/>
              <w:rPr>
                <w:rFonts w:ascii="ITC Bookman" w:eastAsia="標楷體" w:hAnsi="ITC Bookman"/>
                <w:sz w:val="28"/>
                <w:szCs w:val="28"/>
                <w:lang w:eastAsia="zh-TW"/>
              </w:rPr>
            </w:pPr>
            <w:r w:rsidRPr="006D1847">
              <w:rPr>
                <w:rFonts w:ascii="ITC Bookman" w:eastAsia="標楷體" w:hAnsi="ITC Bookman"/>
                <w:sz w:val="28"/>
                <w:szCs w:val="28"/>
                <w:lang w:eastAsia="zh-TW"/>
              </w:rPr>
              <w:t>佛光大學國際專修部</w:t>
            </w:r>
          </w:p>
          <w:p w14:paraId="38ADB40F" w14:textId="77777777" w:rsidR="00611B50" w:rsidRPr="006D1847" w:rsidRDefault="00611B50" w:rsidP="00611B50">
            <w:pPr>
              <w:spacing w:after="0" w:line="0" w:lineRule="atLeast"/>
              <w:jc w:val="center"/>
              <w:rPr>
                <w:rFonts w:ascii="ITC Bookman" w:eastAsia="標楷體" w:hAnsi="ITC Bookman"/>
                <w:sz w:val="28"/>
                <w:szCs w:val="28"/>
                <w:lang w:eastAsia="zh-TW"/>
              </w:rPr>
            </w:pPr>
            <w:r w:rsidRPr="006D1847">
              <w:rPr>
                <w:rFonts w:ascii="ITC Bookman" w:eastAsia="標楷體" w:hAnsi="ITC Bookman"/>
                <w:sz w:val="28"/>
                <w:szCs w:val="28"/>
                <w:u w:val="single"/>
                <w:lang w:eastAsia="zh-TW"/>
              </w:rPr>
              <w:t xml:space="preserve">        </w:t>
            </w:r>
            <w:r w:rsidR="008F46E5" w:rsidRPr="006D1847">
              <w:rPr>
                <w:rFonts w:ascii="ITC Bookman" w:eastAsia="標楷體" w:hAnsi="ITC Bookman"/>
                <w:sz w:val="28"/>
                <w:szCs w:val="28"/>
                <w:lang w:eastAsia="zh-TW"/>
              </w:rPr>
              <w:t>學年第</w:t>
            </w:r>
            <w:r w:rsidRPr="006D1847">
              <w:rPr>
                <w:rFonts w:ascii="ITC Bookman" w:eastAsia="標楷體" w:hAnsi="ITC Bookman"/>
                <w:sz w:val="28"/>
                <w:szCs w:val="28"/>
                <w:u w:val="single"/>
                <w:lang w:eastAsia="zh-TW"/>
              </w:rPr>
              <w:t xml:space="preserve">    </w:t>
            </w:r>
            <w:r w:rsidR="008F46E5" w:rsidRPr="006D1847">
              <w:rPr>
                <w:rFonts w:ascii="ITC Bookman" w:eastAsia="標楷體" w:hAnsi="ITC Bookman"/>
                <w:sz w:val="28"/>
                <w:szCs w:val="28"/>
                <w:lang w:eastAsia="zh-TW"/>
              </w:rPr>
              <w:t>學期</w:t>
            </w:r>
          </w:p>
          <w:p w14:paraId="7AE187DA" w14:textId="77777777" w:rsidR="00611B50" w:rsidRPr="006D1847" w:rsidRDefault="008F46E5" w:rsidP="00611B50">
            <w:pPr>
              <w:spacing w:after="0" w:line="0" w:lineRule="atLeast"/>
              <w:jc w:val="center"/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  <w:sz w:val="28"/>
                <w:szCs w:val="28"/>
              </w:rPr>
              <w:t>學生校外工讀</w:t>
            </w:r>
            <w:proofErr w:type="spellEnd"/>
            <w:r w:rsidRPr="006D1847">
              <w:rPr>
                <w:rFonts w:ascii="ITC Bookman" w:eastAsia="標楷體" w:hAnsi="ITC Bookman"/>
                <w:sz w:val="28"/>
                <w:szCs w:val="28"/>
              </w:rPr>
              <w:t>/</w:t>
            </w:r>
            <w:proofErr w:type="spellStart"/>
            <w:r w:rsidRPr="006D1847">
              <w:rPr>
                <w:rFonts w:ascii="ITC Bookman" w:eastAsia="標楷體" w:hAnsi="ITC Bookman"/>
                <w:sz w:val="28"/>
                <w:szCs w:val="28"/>
              </w:rPr>
              <w:t>輔導紀錄表</w:t>
            </w:r>
            <w:proofErr w:type="spellEnd"/>
            <w:r w:rsidRPr="006D1847">
              <w:rPr>
                <w:rFonts w:ascii="ITC Bookman" w:eastAsia="標楷體" w:hAnsi="ITC Bookman"/>
              </w:rPr>
              <w:br/>
            </w:r>
            <w:r w:rsidRPr="006D1847">
              <w:rPr>
                <w:rFonts w:ascii="ITC Bookman" w:eastAsia="標楷體" w:hAnsi="ITC Bookman"/>
              </w:rPr>
              <w:br/>
            </w:r>
            <w:proofErr w:type="spellStart"/>
            <w:r w:rsidRPr="006D1847">
              <w:rPr>
                <w:rFonts w:ascii="ITC Bookman" w:eastAsia="標楷體" w:hAnsi="ITC Bookman"/>
              </w:rPr>
              <w:t>Fo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</w:t>
            </w:r>
            <w:proofErr w:type="spellStart"/>
            <w:r w:rsidRPr="006D1847">
              <w:rPr>
                <w:rFonts w:ascii="ITC Bookman" w:eastAsia="標楷體" w:hAnsi="ITC Bookman"/>
              </w:rPr>
              <w:t>Guang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University</w:t>
            </w:r>
            <w:r w:rsidRPr="006D1847">
              <w:rPr>
                <w:rFonts w:ascii="ITC Bookman" w:eastAsia="標楷體" w:hAnsi="ITC Bookman"/>
              </w:rPr>
              <w:br/>
              <w:t>International Foundation Program</w:t>
            </w:r>
            <w:r w:rsidRPr="006D1847">
              <w:rPr>
                <w:rFonts w:ascii="ITC Bookman" w:eastAsia="標楷體" w:hAnsi="ITC Bookman"/>
              </w:rPr>
              <w:br/>
              <w:t>Off-Campus Work and Counseling Record Form</w:t>
            </w:r>
          </w:p>
          <w:p w14:paraId="3925AAC9" w14:textId="77777777" w:rsidR="00300BF3" w:rsidRPr="006D1847" w:rsidRDefault="00611B50" w:rsidP="00611B50">
            <w:pPr>
              <w:spacing w:after="0" w:line="0" w:lineRule="atLeast"/>
              <w:jc w:val="center"/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  <w:u w:val="single"/>
                <w:lang w:eastAsia="zh-TW"/>
              </w:rPr>
              <w:t xml:space="preserve">    </w:t>
            </w:r>
            <w:r w:rsidR="008F46E5" w:rsidRPr="006D1847">
              <w:rPr>
                <w:rFonts w:ascii="ITC Bookman" w:eastAsia="標楷體" w:hAnsi="ITC Bookman"/>
              </w:rPr>
              <w:t xml:space="preserve"> Semester, Academic Year (Year</w:t>
            </w:r>
            <w:r w:rsidRPr="006D1847">
              <w:rPr>
                <w:rFonts w:ascii="ITC Bookman" w:eastAsia="標楷體" w:hAnsi="ITC Bookman"/>
                <w:u w:val="single"/>
                <w:lang w:eastAsia="zh-TW"/>
              </w:rPr>
              <w:t xml:space="preserve">  </w:t>
            </w:r>
            <w:proofErr w:type="gramStart"/>
            <w:r w:rsidRPr="006D1847">
              <w:rPr>
                <w:rFonts w:ascii="ITC Bookman" w:eastAsia="標楷體" w:hAnsi="ITC Bookman"/>
                <w:u w:val="single"/>
                <w:lang w:eastAsia="zh-TW"/>
              </w:rPr>
              <w:t xml:space="preserve">  </w:t>
            </w:r>
            <w:r w:rsidR="008F46E5" w:rsidRPr="006D1847">
              <w:rPr>
                <w:rFonts w:ascii="ITC Bookman" w:eastAsia="標楷體" w:hAnsi="ITC Bookman"/>
              </w:rPr>
              <w:t>)</w:t>
            </w:r>
            <w:proofErr w:type="gramEnd"/>
          </w:p>
        </w:tc>
      </w:tr>
    </w:tbl>
    <w:p w14:paraId="5B91F3E8" w14:textId="77777777" w:rsidR="00CD0E04" w:rsidRDefault="00CD0E04" w:rsidP="008A2B3C">
      <w:pPr>
        <w:spacing w:after="0" w:line="0" w:lineRule="atLeast"/>
        <w:rPr>
          <w:rFonts w:ascii="ITC Bookman" w:eastAsia="標楷體" w:hAnsi="ITC Bookman"/>
        </w:rPr>
      </w:pPr>
    </w:p>
    <w:p w14:paraId="0946EC51" w14:textId="77777777" w:rsidR="00300BF3" w:rsidRPr="006D1847" w:rsidRDefault="008F46E5" w:rsidP="008A2B3C">
      <w:pPr>
        <w:spacing w:after="0" w:line="0" w:lineRule="atLeast"/>
        <w:rPr>
          <w:rFonts w:ascii="ITC Bookman" w:eastAsia="標楷體" w:hAnsi="ITC Bookman"/>
          <w:shd w:val="pct15" w:color="auto" w:fill="FFFFFF"/>
        </w:rPr>
      </w:pPr>
      <w:r w:rsidRPr="006D1847">
        <w:rPr>
          <w:rFonts w:ascii="ITC Bookman" w:eastAsia="標楷體" w:hAnsi="ITC Bookman"/>
        </w:rPr>
        <w:t xml:space="preserve"> </w:t>
      </w:r>
      <w:r w:rsidRPr="008A2B3C">
        <w:rPr>
          <w:rFonts w:ascii="ITC Bookman" w:eastAsia="標楷體" w:hAnsi="ITC Bookman" w:cstheme="majorBidi"/>
          <w:b/>
          <w:bCs/>
          <w:color w:val="4F81BD" w:themeColor="accent1"/>
          <w:sz w:val="26"/>
          <w:szCs w:val="26"/>
          <w:shd w:val="pct15" w:color="auto" w:fill="FFFFFF"/>
        </w:rPr>
        <w:t xml:space="preserve">1. </w:t>
      </w:r>
      <w:proofErr w:type="spellStart"/>
      <w:r w:rsidRPr="008A2B3C">
        <w:rPr>
          <w:rFonts w:ascii="ITC Bookman" w:eastAsia="標楷體" w:hAnsi="ITC Bookman" w:cstheme="majorBidi"/>
          <w:b/>
          <w:bCs/>
          <w:color w:val="4F81BD" w:themeColor="accent1"/>
          <w:sz w:val="26"/>
          <w:szCs w:val="26"/>
          <w:shd w:val="pct15" w:color="auto" w:fill="FFFFFF"/>
        </w:rPr>
        <w:t>訪視基本資料</w:t>
      </w:r>
      <w:proofErr w:type="spellEnd"/>
      <w:r w:rsidRPr="008A2B3C">
        <w:rPr>
          <w:rFonts w:ascii="ITC Bookman" w:eastAsia="標楷體" w:hAnsi="ITC Bookman" w:cstheme="majorBidi"/>
          <w:b/>
          <w:bCs/>
          <w:color w:val="4F81BD" w:themeColor="accent1"/>
          <w:sz w:val="26"/>
          <w:szCs w:val="26"/>
          <w:shd w:val="pct15" w:color="auto" w:fill="FFFFFF"/>
        </w:rPr>
        <w:t xml:space="preserve"> / Basic Visit Information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345"/>
        <w:gridCol w:w="4111"/>
      </w:tblGrid>
      <w:tr w:rsidR="00300BF3" w:rsidRPr="006D1847" w14:paraId="70BB00AB" w14:textId="77777777" w:rsidTr="00181BBB">
        <w:tc>
          <w:tcPr>
            <w:tcW w:w="6345" w:type="dxa"/>
          </w:tcPr>
          <w:p w14:paraId="00E49B86" w14:textId="77777777" w:rsidR="00300BF3" w:rsidRPr="006D1847" w:rsidRDefault="008F46E5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訪視日期預約安排與聯繫日期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Appointment &amp; Contact Date:</w:t>
            </w:r>
          </w:p>
        </w:tc>
        <w:tc>
          <w:tcPr>
            <w:tcW w:w="4111" w:type="dxa"/>
          </w:tcPr>
          <w:p w14:paraId="5D2F0AB7" w14:textId="77777777" w:rsidR="00300BF3" w:rsidRPr="006D1847" w:rsidRDefault="00300BF3">
            <w:pPr>
              <w:rPr>
                <w:rFonts w:ascii="ITC Bookman" w:eastAsia="標楷體" w:hAnsi="ITC Bookman"/>
              </w:rPr>
            </w:pPr>
          </w:p>
        </w:tc>
      </w:tr>
      <w:tr w:rsidR="00300BF3" w:rsidRPr="006D1847" w14:paraId="7AE0F05E" w14:textId="77777777" w:rsidTr="00181BBB">
        <w:tc>
          <w:tcPr>
            <w:tcW w:w="6345" w:type="dxa"/>
          </w:tcPr>
          <w:p w14:paraId="5115A4E5" w14:textId="77777777" w:rsidR="00300BF3" w:rsidRPr="006D1847" w:rsidRDefault="008F46E5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訪視日期、時間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Visit Date &amp; Time:</w:t>
            </w:r>
          </w:p>
        </w:tc>
        <w:tc>
          <w:tcPr>
            <w:tcW w:w="4111" w:type="dxa"/>
          </w:tcPr>
          <w:p w14:paraId="4663B9EF" w14:textId="77777777" w:rsidR="00300BF3" w:rsidRPr="006D1847" w:rsidRDefault="00300BF3">
            <w:pPr>
              <w:rPr>
                <w:rFonts w:ascii="ITC Bookman" w:eastAsia="標楷體" w:hAnsi="ITC Bookman"/>
              </w:rPr>
            </w:pPr>
          </w:p>
        </w:tc>
      </w:tr>
      <w:tr w:rsidR="00300BF3" w:rsidRPr="006D1847" w14:paraId="1BE92703" w14:textId="77777777" w:rsidTr="00181BBB">
        <w:tc>
          <w:tcPr>
            <w:tcW w:w="6345" w:type="dxa"/>
          </w:tcPr>
          <w:p w14:paraId="22725198" w14:textId="77777777" w:rsidR="00300BF3" w:rsidRPr="006D1847" w:rsidRDefault="008F46E5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</w:rPr>
              <w:t>訪視人員姓名</w:t>
            </w:r>
            <w:r w:rsidRPr="006D1847">
              <w:rPr>
                <w:rFonts w:ascii="ITC Bookman" w:eastAsia="標楷體" w:hAnsi="ITC Bookman"/>
              </w:rPr>
              <w:t xml:space="preserve"> / Visitor Name:</w:t>
            </w:r>
          </w:p>
        </w:tc>
        <w:tc>
          <w:tcPr>
            <w:tcW w:w="4111" w:type="dxa"/>
          </w:tcPr>
          <w:p w14:paraId="16B0E90C" w14:textId="77777777" w:rsidR="00300BF3" w:rsidRPr="006D1847" w:rsidRDefault="00300BF3">
            <w:pPr>
              <w:rPr>
                <w:rFonts w:ascii="ITC Bookman" w:eastAsia="標楷體" w:hAnsi="ITC Bookman"/>
              </w:rPr>
            </w:pPr>
          </w:p>
        </w:tc>
      </w:tr>
      <w:tr w:rsidR="00300BF3" w:rsidRPr="006D1847" w14:paraId="4A8939A9" w14:textId="77777777" w:rsidTr="00181BBB">
        <w:tc>
          <w:tcPr>
            <w:tcW w:w="6345" w:type="dxa"/>
          </w:tcPr>
          <w:p w14:paraId="5A8A53AA" w14:textId="77777777" w:rsidR="00300BF3" w:rsidRPr="006D1847" w:rsidRDefault="008F46E5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學生姓名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Student Name:</w:t>
            </w:r>
          </w:p>
        </w:tc>
        <w:tc>
          <w:tcPr>
            <w:tcW w:w="4111" w:type="dxa"/>
          </w:tcPr>
          <w:p w14:paraId="07B875BB" w14:textId="77777777" w:rsidR="00300BF3" w:rsidRPr="006D1847" w:rsidRDefault="00300BF3">
            <w:pPr>
              <w:rPr>
                <w:rFonts w:ascii="ITC Bookman" w:eastAsia="標楷體" w:hAnsi="ITC Bookman"/>
              </w:rPr>
            </w:pPr>
          </w:p>
        </w:tc>
      </w:tr>
      <w:tr w:rsidR="00300BF3" w:rsidRPr="006D1847" w14:paraId="700D459F" w14:textId="77777777" w:rsidTr="00181BBB">
        <w:tc>
          <w:tcPr>
            <w:tcW w:w="6345" w:type="dxa"/>
          </w:tcPr>
          <w:p w14:paraId="0D75E11D" w14:textId="77777777" w:rsidR="00300BF3" w:rsidRPr="006D1847" w:rsidRDefault="00F366D1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  <w:lang w:eastAsia="zh-TW"/>
              </w:rPr>
              <w:t>學系、</w:t>
            </w:r>
            <w:proofErr w:type="spellStart"/>
            <w:r w:rsidR="008F46E5" w:rsidRPr="006D1847">
              <w:rPr>
                <w:rFonts w:ascii="ITC Bookman" w:eastAsia="標楷體" w:hAnsi="ITC Bookman"/>
              </w:rPr>
              <w:t>學號</w:t>
            </w:r>
            <w:proofErr w:type="spellEnd"/>
            <w:r w:rsidR="008F46E5" w:rsidRPr="006D1847">
              <w:rPr>
                <w:rFonts w:ascii="ITC Bookman" w:eastAsia="標楷體" w:hAnsi="ITC Bookman"/>
              </w:rPr>
              <w:t xml:space="preserve"> /</w:t>
            </w:r>
            <w:r w:rsidRPr="006D1847">
              <w:rPr>
                <w:rFonts w:ascii="ITC Bookman" w:eastAsia="標楷體" w:hAnsi="ITC Bookman"/>
              </w:rPr>
              <w:t xml:space="preserve">Department </w:t>
            </w:r>
            <w:r w:rsidRPr="006D1847">
              <w:rPr>
                <w:rFonts w:ascii="ITC Bookman" w:eastAsia="標楷體" w:hAnsi="ITC Bookman"/>
                <w:lang w:eastAsia="zh-TW"/>
              </w:rPr>
              <w:t>、</w:t>
            </w:r>
            <w:r w:rsidR="008F46E5" w:rsidRPr="006D1847">
              <w:rPr>
                <w:rFonts w:ascii="ITC Bookman" w:eastAsia="標楷體" w:hAnsi="ITC Bookman"/>
              </w:rPr>
              <w:t xml:space="preserve"> Student ID:</w:t>
            </w:r>
          </w:p>
        </w:tc>
        <w:tc>
          <w:tcPr>
            <w:tcW w:w="4111" w:type="dxa"/>
          </w:tcPr>
          <w:p w14:paraId="7E49CB68" w14:textId="77777777" w:rsidR="00300BF3" w:rsidRPr="006D1847" w:rsidRDefault="00300BF3">
            <w:pPr>
              <w:rPr>
                <w:rFonts w:ascii="ITC Bookman" w:eastAsia="標楷體" w:hAnsi="ITC Bookman"/>
              </w:rPr>
            </w:pPr>
          </w:p>
        </w:tc>
      </w:tr>
      <w:tr w:rsidR="00300BF3" w:rsidRPr="006D1847" w14:paraId="04FC3E9C" w14:textId="77777777" w:rsidTr="00181BBB">
        <w:tc>
          <w:tcPr>
            <w:tcW w:w="6345" w:type="dxa"/>
          </w:tcPr>
          <w:p w14:paraId="4834D3E1" w14:textId="77777777" w:rsidR="00300BF3" w:rsidRPr="006D1847" w:rsidRDefault="008F46E5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</w:rPr>
              <w:t>聯絡電話</w:t>
            </w:r>
            <w:r w:rsidRPr="006D1847">
              <w:rPr>
                <w:rFonts w:ascii="ITC Bookman" w:eastAsia="標楷體" w:hAnsi="ITC Bookman"/>
              </w:rPr>
              <w:t xml:space="preserve"> / Contact Number:</w:t>
            </w:r>
          </w:p>
        </w:tc>
        <w:tc>
          <w:tcPr>
            <w:tcW w:w="4111" w:type="dxa"/>
          </w:tcPr>
          <w:p w14:paraId="2DB146F7" w14:textId="77777777" w:rsidR="00300BF3" w:rsidRPr="006D1847" w:rsidRDefault="00300BF3">
            <w:pPr>
              <w:rPr>
                <w:rFonts w:ascii="ITC Bookman" w:eastAsia="標楷體" w:hAnsi="ITC Bookman"/>
              </w:rPr>
            </w:pPr>
          </w:p>
        </w:tc>
      </w:tr>
    </w:tbl>
    <w:p w14:paraId="5BFAA815" w14:textId="77777777" w:rsidR="00553D82" w:rsidRPr="008A2B3C" w:rsidRDefault="00553D82" w:rsidP="00553D82">
      <w:pPr>
        <w:pStyle w:val="21"/>
        <w:rPr>
          <w:rFonts w:ascii="ITC Bookman" w:eastAsia="標楷體" w:hAnsi="ITC Bookman"/>
          <w:shd w:val="pct15" w:color="auto" w:fill="FFFFFF"/>
        </w:rPr>
      </w:pPr>
      <w:r w:rsidRPr="008A2B3C">
        <w:rPr>
          <w:rFonts w:ascii="ITC Bookman" w:eastAsia="標楷體" w:hAnsi="ITC Bookman"/>
          <w:shd w:val="pct15" w:color="auto" w:fill="FFFFFF"/>
        </w:rPr>
        <w:t xml:space="preserve">2. </w:t>
      </w:r>
      <w:proofErr w:type="spellStart"/>
      <w:r w:rsidRPr="008A2B3C">
        <w:rPr>
          <w:rFonts w:ascii="ITC Bookman" w:eastAsia="標楷體" w:hAnsi="ITC Bookman"/>
          <w:shd w:val="pct15" w:color="auto" w:fill="FFFFFF"/>
        </w:rPr>
        <w:t>工作許可證資訊</w:t>
      </w:r>
      <w:proofErr w:type="spellEnd"/>
      <w:r w:rsidRPr="008A2B3C">
        <w:rPr>
          <w:rFonts w:ascii="ITC Bookman" w:eastAsia="標楷體" w:hAnsi="ITC Bookman"/>
          <w:shd w:val="pct15" w:color="auto" w:fill="FFFFFF"/>
        </w:rPr>
        <w:t xml:space="preserve"> / Work Permit Information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345"/>
        <w:gridCol w:w="4111"/>
      </w:tblGrid>
      <w:tr w:rsidR="00553D82" w:rsidRPr="006D1847" w14:paraId="2544340F" w14:textId="77777777" w:rsidTr="002E7D1F">
        <w:tc>
          <w:tcPr>
            <w:tcW w:w="6345" w:type="dxa"/>
          </w:tcPr>
          <w:p w14:paraId="3A0F1D6C" w14:textId="77777777" w:rsidR="00553D82" w:rsidRPr="006D1847" w:rsidRDefault="00553D82" w:rsidP="002E7D1F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工作許可證號碼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Permit Number:</w:t>
            </w:r>
          </w:p>
        </w:tc>
        <w:tc>
          <w:tcPr>
            <w:tcW w:w="4111" w:type="dxa"/>
          </w:tcPr>
          <w:p w14:paraId="70E8925F" w14:textId="77777777" w:rsidR="00553D82" w:rsidRPr="006D1847" w:rsidRDefault="00553D82" w:rsidP="002E7D1F">
            <w:pPr>
              <w:rPr>
                <w:rFonts w:ascii="ITC Bookman" w:eastAsia="標楷體" w:hAnsi="ITC Bookman"/>
              </w:rPr>
            </w:pPr>
          </w:p>
        </w:tc>
      </w:tr>
      <w:tr w:rsidR="00553D82" w:rsidRPr="006D1847" w14:paraId="6BE96677" w14:textId="77777777" w:rsidTr="002E7D1F">
        <w:tc>
          <w:tcPr>
            <w:tcW w:w="6345" w:type="dxa"/>
          </w:tcPr>
          <w:p w14:paraId="448DEC81" w14:textId="77777777" w:rsidR="00553D82" w:rsidRPr="006D1847" w:rsidRDefault="00553D82" w:rsidP="002E7D1F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有效期限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Valid Until:</w:t>
            </w:r>
          </w:p>
        </w:tc>
        <w:tc>
          <w:tcPr>
            <w:tcW w:w="4111" w:type="dxa"/>
          </w:tcPr>
          <w:p w14:paraId="13B6EE87" w14:textId="77777777" w:rsidR="00553D82" w:rsidRPr="006D1847" w:rsidRDefault="00553D82" w:rsidP="002E7D1F">
            <w:pPr>
              <w:rPr>
                <w:rFonts w:ascii="ITC Bookman" w:eastAsia="標楷體" w:hAnsi="ITC Bookman"/>
              </w:rPr>
            </w:pPr>
          </w:p>
        </w:tc>
      </w:tr>
    </w:tbl>
    <w:p w14:paraId="740CD09F" w14:textId="77777777" w:rsidR="00553D82" w:rsidRPr="008A2B3C" w:rsidRDefault="00553D82" w:rsidP="00553D82">
      <w:pPr>
        <w:pStyle w:val="21"/>
        <w:rPr>
          <w:rFonts w:ascii="ITC Bookman" w:eastAsia="標楷體" w:hAnsi="ITC Bookman"/>
          <w:shd w:val="pct15" w:color="auto" w:fill="FFFFFF"/>
        </w:rPr>
      </w:pPr>
      <w:r w:rsidRPr="008A2B3C">
        <w:rPr>
          <w:rFonts w:ascii="ITC Bookman" w:eastAsia="標楷體" w:hAnsi="ITC Bookman"/>
          <w:shd w:val="pct15" w:color="auto" w:fill="FFFFFF"/>
        </w:rPr>
        <w:t xml:space="preserve">3. </w:t>
      </w:r>
      <w:proofErr w:type="spellStart"/>
      <w:r w:rsidRPr="008A2B3C">
        <w:rPr>
          <w:rFonts w:ascii="ITC Bookman" w:eastAsia="標楷體" w:hAnsi="ITC Bookman"/>
          <w:shd w:val="pct15" w:color="auto" w:fill="FFFFFF"/>
        </w:rPr>
        <w:t>店家基本資料</w:t>
      </w:r>
      <w:proofErr w:type="spellEnd"/>
      <w:r w:rsidRPr="008A2B3C">
        <w:rPr>
          <w:rFonts w:ascii="ITC Bookman" w:eastAsia="標楷體" w:hAnsi="ITC Bookman"/>
          <w:shd w:val="pct15" w:color="auto" w:fill="FFFFFF"/>
        </w:rPr>
        <w:t xml:space="preserve"> / Employer Information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345"/>
        <w:gridCol w:w="4111"/>
      </w:tblGrid>
      <w:tr w:rsidR="00553D82" w:rsidRPr="006D1847" w14:paraId="18C9A1BF" w14:textId="77777777" w:rsidTr="00BC0600">
        <w:tc>
          <w:tcPr>
            <w:tcW w:w="6345" w:type="dxa"/>
          </w:tcPr>
          <w:p w14:paraId="2AAC6B75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店家名稱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Workplace Name:</w:t>
            </w:r>
          </w:p>
        </w:tc>
        <w:tc>
          <w:tcPr>
            <w:tcW w:w="4111" w:type="dxa"/>
          </w:tcPr>
          <w:p w14:paraId="33A33F8C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</w:p>
        </w:tc>
      </w:tr>
      <w:tr w:rsidR="00553D82" w:rsidRPr="006D1847" w14:paraId="6FD2DEAF" w14:textId="77777777" w:rsidTr="00BC0600">
        <w:tc>
          <w:tcPr>
            <w:tcW w:w="6345" w:type="dxa"/>
          </w:tcPr>
          <w:p w14:paraId="0A4EE598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</w:rPr>
              <w:t>地址</w:t>
            </w:r>
            <w:r w:rsidRPr="006D1847">
              <w:rPr>
                <w:rFonts w:ascii="ITC Bookman" w:eastAsia="標楷體" w:hAnsi="ITC Bookman"/>
              </w:rPr>
              <w:t xml:space="preserve"> / Address:</w:t>
            </w:r>
          </w:p>
        </w:tc>
        <w:tc>
          <w:tcPr>
            <w:tcW w:w="4111" w:type="dxa"/>
          </w:tcPr>
          <w:p w14:paraId="0FCABD75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</w:p>
        </w:tc>
      </w:tr>
      <w:tr w:rsidR="00553D82" w:rsidRPr="006D1847" w14:paraId="320C3B36" w14:textId="77777777" w:rsidTr="00BC0600">
        <w:tc>
          <w:tcPr>
            <w:tcW w:w="6345" w:type="dxa"/>
          </w:tcPr>
          <w:p w14:paraId="07B5CDB9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</w:rPr>
              <w:t>統一編號</w:t>
            </w:r>
            <w:r w:rsidRPr="006D1847">
              <w:rPr>
                <w:rFonts w:ascii="ITC Bookman" w:eastAsia="標楷體" w:hAnsi="ITC Bookman"/>
              </w:rPr>
              <w:t xml:space="preserve"> (</w:t>
            </w:r>
            <w:r w:rsidRPr="006D1847">
              <w:rPr>
                <w:rFonts w:ascii="ITC Bookman" w:eastAsia="標楷體" w:hAnsi="ITC Bookman"/>
              </w:rPr>
              <w:t>若有</w:t>
            </w:r>
            <w:r w:rsidRPr="006D1847">
              <w:rPr>
                <w:rFonts w:ascii="ITC Bookman" w:eastAsia="標楷體" w:hAnsi="ITC Bookman"/>
              </w:rPr>
              <w:t>) / Tax ID (if any):</w:t>
            </w:r>
          </w:p>
        </w:tc>
        <w:tc>
          <w:tcPr>
            <w:tcW w:w="4111" w:type="dxa"/>
          </w:tcPr>
          <w:p w14:paraId="64A1E648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</w:p>
        </w:tc>
      </w:tr>
      <w:tr w:rsidR="00553D82" w:rsidRPr="006D1847" w14:paraId="1650F686" w14:textId="77777777" w:rsidTr="00BC0600">
        <w:tc>
          <w:tcPr>
            <w:tcW w:w="6345" w:type="dxa"/>
          </w:tcPr>
          <w:p w14:paraId="1A486567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雇主</w:t>
            </w:r>
            <w:proofErr w:type="spellEnd"/>
            <w:r w:rsidRPr="006D1847">
              <w:rPr>
                <w:rFonts w:ascii="ITC Bookman" w:eastAsia="標楷體" w:hAnsi="ITC Bookman"/>
              </w:rPr>
              <w:t>/</w:t>
            </w:r>
            <w:proofErr w:type="spellStart"/>
            <w:r w:rsidRPr="006D1847">
              <w:rPr>
                <w:rFonts w:ascii="ITC Bookman" w:eastAsia="標楷體" w:hAnsi="ITC Bookman"/>
              </w:rPr>
              <w:t>主管姓名與職稱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Employer or Supervisor Name &amp; Title:</w:t>
            </w:r>
          </w:p>
        </w:tc>
        <w:tc>
          <w:tcPr>
            <w:tcW w:w="4111" w:type="dxa"/>
          </w:tcPr>
          <w:p w14:paraId="6666F1A3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</w:p>
        </w:tc>
      </w:tr>
      <w:tr w:rsidR="00553D82" w:rsidRPr="006D1847" w14:paraId="48166D25" w14:textId="77777777" w:rsidTr="00BC0600">
        <w:tc>
          <w:tcPr>
            <w:tcW w:w="6345" w:type="dxa"/>
          </w:tcPr>
          <w:p w14:paraId="3B0E3345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</w:rPr>
              <w:t>聯絡電話</w:t>
            </w:r>
            <w:r w:rsidRPr="006D1847">
              <w:rPr>
                <w:rFonts w:ascii="ITC Bookman" w:eastAsia="標楷體" w:hAnsi="ITC Bookman"/>
              </w:rPr>
              <w:t xml:space="preserve"> / Contact Number:</w:t>
            </w:r>
          </w:p>
        </w:tc>
        <w:tc>
          <w:tcPr>
            <w:tcW w:w="4111" w:type="dxa"/>
          </w:tcPr>
          <w:p w14:paraId="2AD1A793" w14:textId="77777777" w:rsidR="00553D82" w:rsidRPr="006D1847" w:rsidRDefault="00553D82" w:rsidP="00BC0600">
            <w:pPr>
              <w:rPr>
                <w:rFonts w:ascii="ITC Bookman" w:eastAsia="標楷體" w:hAnsi="ITC Bookman"/>
              </w:rPr>
            </w:pPr>
          </w:p>
        </w:tc>
      </w:tr>
    </w:tbl>
    <w:p w14:paraId="1F660DDE" w14:textId="77777777" w:rsidR="00553D82" w:rsidRPr="008A2B3C" w:rsidRDefault="00553D82" w:rsidP="00553D82">
      <w:pPr>
        <w:pStyle w:val="21"/>
        <w:rPr>
          <w:rFonts w:ascii="ITC Bookman" w:eastAsia="標楷體" w:hAnsi="ITC Bookman"/>
          <w:shd w:val="pct15" w:color="auto" w:fill="FFFFFF"/>
        </w:rPr>
      </w:pPr>
      <w:r w:rsidRPr="008A2B3C">
        <w:rPr>
          <w:rFonts w:ascii="ITC Bookman" w:eastAsia="標楷體" w:hAnsi="ITC Bookman"/>
          <w:shd w:val="pct15" w:color="auto" w:fill="FFFFFF"/>
        </w:rPr>
        <w:t xml:space="preserve">4. </w:t>
      </w:r>
      <w:proofErr w:type="spellStart"/>
      <w:r w:rsidRPr="008A2B3C">
        <w:rPr>
          <w:rFonts w:ascii="ITC Bookman" w:eastAsia="標楷體" w:hAnsi="ITC Bookman"/>
          <w:shd w:val="pct15" w:color="auto" w:fill="FFFFFF"/>
        </w:rPr>
        <w:t>工作環境評估</w:t>
      </w:r>
      <w:proofErr w:type="spellEnd"/>
      <w:r w:rsidRPr="008A2B3C">
        <w:rPr>
          <w:rFonts w:ascii="ITC Bookman" w:eastAsia="標楷體" w:hAnsi="ITC Bookman"/>
          <w:shd w:val="pct15" w:color="auto" w:fill="FFFFFF"/>
        </w:rPr>
        <w:t xml:space="preserve"> / Work Environment Assessment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5240"/>
        <w:gridCol w:w="5216"/>
      </w:tblGrid>
      <w:tr w:rsidR="00553D82" w:rsidRPr="006D1847" w14:paraId="452C9D2F" w14:textId="77777777" w:rsidTr="0084620D">
        <w:tc>
          <w:tcPr>
            <w:tcW w:w="5240" w:type="dxa"/>
          </w:tcPr>
          <w:p w14:paraId="292EC6EE" w14:textId="77777777" w:rsidR="00553D82" w:rsidRPr="006D1847" w:rsidRDefault="00553D82" w:rsidP="002E175E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環境安全評估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(</w:t>
            </w:r>
            <w:proofErr w:type="spellStart"/>
            <w:r w:rsidRPr="006D1847">
              <w:rPr>
                <w:rFonts w:ascii="ITC Bookman" w:eastAsia="標楷體" w:hAnsi="ITC Bookman"/>
              </w:rPr>
              <w:t>安全</w:t>
            </w:r>
            <w:proofErr w:type="spellEnd"/>
            <w:r w:rsidRPr="006D1847">
              <w:rPr>
                <w:rFonts w:ascii="ITC Bookman" w:eastAsia="標楷體" w:hAnsi="ITC Bookman"/>
              </w:rPr>
              <w:t>/</w:t>
            </w:r>
            <w:proofErr w:type="spellStart"/>
            <w:r w:rsidRPr="006D1847">
              <w:rPr>
                <w:rFonts w:ascii="ITC Bookman" w:eastAsia="標楷體" w:hAnsi="ITC Bookman"/>
              </w:rPr>
              <w:t>潛在危險</w:t>
            </w:r>
            <w:proofErr w:type="spellEnd"/>
            <w:r w:rsidRPr="006D1847">
              <w:rPr>
                <w:rFonts w:ascii="ITC Bookman" w:eastAsia="標楷體" w:hAnsi="ITC Bookman"/>
              </w:rPr>
              <w:t>) / Safety Assessment (Safe / Potential Risk):</w:t>
            </w:r>
          </w:p>
        </w:tc>
        <w:tc>
          <w:tcPr>
            <w:tcW w:w="5216" w:type="dxa"/>
          </w:tcPr>
          <w:p w14:paraId="029264AB" w14:textId="77777777" w:rsidR="00553D82" w:rsidRPr="006D1847" w:rsidRDefault="00553D82" w:rsidP="0084620D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r w:rsidRPr="006D1847">
              <w:rPr>
                <w:rFonts w:ascii="ITC Bookman" w:eastAsia="標楷體" w:hAnsi="ITC Bookman"/>
                <w:sz w:val="24"/>
              </w:rPr>
              <w:t>良好</w:t>
            </w:r>
            <w:proofErr w:type="gramStart"/>
            <w:r w:rsidR="0084620D" w:rsidRPr="006D1847">
              <w:rPr>
                <w:rFonts w:ascii="ITC Bookman" w:eastAsia="標楷體" w:hAnsi="ITC Bookman"/>
              </w:rPr>
              <w:t>Good</w:t>
            </w:r>
            <w:proofErr w:type="spellEnd"/>
            <w:r w:rsidR="0084620D" w:rsidRPr="006D1847">
              <w:rPr>
                <w:rFonts w:ascii="ITC Bookman" w:eastAsia="標楷體" w:hAnsi="ITC Bookman"/>
                <w:lang w:eastAsia="zh-TW"/>
              </w:rPr>
              <w:t xml:space="preserve">  </w:t>
            </w: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proofErr w:type="gramEnd"/>
            <w:r w:rsidRPr="006D1847">
              <w:rPr>
                <w:rFonts w:ascii="ITC Bookman" w:eastAsia="標楷體" w:hAnsi="ITC Bookman"/>
                <w:sz w:val="24"/>
              </w:rPr>
              <w:t>尚可</w:t>
            </w:r>
            <w:r w:rsidR="0084620D" w:rsidRPr="006D1847">
              <w:rPr>
                <w:rFonts w:ascii="ITC Bookman" w:eastAsia="標楷體" w:hAnsi="ITC Bookman"/>
              </w:rPr>
              <w:t>Fair</w:t>
            </w:r>
            <w:proofErr w:type="spellEnd"/>
            <w:r w:rsidRPr="006D1847">
              <w:rPr>
                <w:rFonts w:ascii="ITC Bookman" w:eastAsia="標楷體" w:hAnsi="ITC Bookman"/>
                <w:sz w:val="24"/>
              </w:rPr>
              <w:t xml:space="preserve"> </w:t>
            </w: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r w:rsidRPr="006D1847">
              <w:rPr>
                <w:rFonts w:ascii="ITC Bookman" w:eastAsia="標楷體" w:hAnsi="ITC Bookman"/>
                <w:sz w:val="24"/>
              </w:rPr>
              <w:t>不佳</w:t>
            </w:r>
            <w:proofErr w:type="spellEnd"/>
            <w:r w:rsidR="0084620D" w:rsidRPr="006D1847">
              <w:rPr>
                <w:rFonts w:ascii="ITC Bookman" w:eastAsia="標楷體" w:hAnsi="ITC Bookman"/>
              </w:rPr>
              <w:t xml:space="preserve"> Poor </w:t>
            </w:r>
          </w:p>
        </w:tc>
      </w:tr>
      <w:tr w:rsidR="00553D82" w:rsidRPr="006D1847" w14:paraId="1B19F5B4" w14:textId="77777777" w:rsidTr="0084620D">
        <w:tc>
          <w:tcPr>
            <w:tcW w:w="5240" w:type="dxa"/>
          </w:tcPr>
          <w:p w14:paraId="5B96DC3B" w14:textId="77777777" w:rsidR="00553D82" w:rsidRPr="006D1847" w:rsidRDefault="00553D82" w:rsidP="002E175E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是否提供安全防護具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Safety Equipment Provided (Yes/No):</w:t>
            </w:r>
          </w:p>
        </w:tc>
        <w:tc>
          <w:tcPr>
            <w:tcW w:w="5216" w:type="dxa"/>
          </w:tcPr>
          <w:p w14:paraId="458BB134" w14:textId="77777777" w:rsidR="00553D82" w:rsidRPr="006D1847" w:rsidRDefault="0084620D" w:rsidP="002E175E">
            <w:pPr>
              <w:jc w:val="both"/>
              <w:rPr>
                <w:rFonts w:ascii="ITC Bookman" w:eastAsia="標楷體" w:hAnsi="ITC Bookman"/>
              </w:rPr>
            </w:pP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r w:rsidRPr="006D1847">
              <w:rPr>
                <w:rFonts w:ascii="ITC Bookman" w:eastAsia="標楷體" w:hAnsi="ITC Bookman"/>
                <w:sz w:val="24"/>
              </w:rPr>
              <w:t>良好</w:t>
            </w:r>
            <w:proofErr w:type="gramStart"/>
            <w:r w:rsidRPr="006D1847">
              <w:rPr>
                <w:rFonts w:ascii="ITC Bookman" w:eastAsia="標楷體" w:hAnsi="ITC Bookman"/>
              </w:rPr>
              <w:t>Good</w:t>
            </w:r>
            <w:proofErr w:type="spellEnd"/>
            <w:r w:rsidRPr="006D1847">
              <w:rPr>
                <w:rFonts w:ascii="ITC Bookman" w:eastAsia="標楷體" w:hAnsi="ITC Bookman"/>
                <w:lang w:eastAsia="zh-TW"/>
              </w:rPr>
              <w:t xml:space="preserve">  </w:t>
            </w: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proofErr w:type="gramEnd"/>
            <w:r w:rsidRPr="006D1847">
              <w:rPr>
                <w:rFonts w:ascii="ITC Bookman" w:eastAsia="標楷體" w:hAnsi="ITC Bookman"/>
                <w:sz w:val="24"/>
              </w:rPr>
              <w:t>尚可</w:t>
            </w:r>
            <w:r w:rsidRPr="006D1847">
              <w:rPr>
                <w:rFonts w:ascii="ITC Bookman" w:eastAsia="標楷體" w:hAnsi="ITC Bookman"/>
              </w:rPr>
              <w:t>Fair</w:t>
            </w:r>
            <w:proofErr w:type="spellEnd"/>
            <w:r w:rsidRPr="006D1847">
              <w:rPr>
                <w:rFonts w:ascii="ITC Bookman" w:eastAsia="標楷體" w:hAnsi="ITC Bookman"/>
                <w:sz w:val="24"/>
              </w:rPr>
              <w:t xml:space="preserve"> </w:t>
            </w: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r w:rsidRPr="006D1847">
              <w:rPr>
                <w:rFonts w:ascii="ITC Bookman" w:eastAsia="標楷體" w:hAnsi="ITC Bookman"/>
                <w:sz w:val="24"/>
              </w:rPr>
              <w:t>不佳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Poor</w:t>
            </w:r>
          </w:p>
        </w:tc>
      </w:tr>
    </w:tbl>
    <w:p w14:paraId="4DF3BDC0" w14:textId="77777777" w:rsidR="00720E4C" w:rsidRPr="006D1847" w:rsidRDefault="00996B27" w:rsidP="00720E4C">
      <w:pPr>
        <w:pStyle w:val="21"/>
        <w:rPr>
          <w:rFonts w:ascii="ITC Bookman" w:eastAsia="標楷體" w:hAnsi="ITC Bookman"/>
        </w:rPr>
      </w:pPr>
      <w:r w:rsidRPr="008A2B3C">
        <w:rPr>
          <w:rFonts w:ascii="ITC Bookman" w:eastAsia="標楷體" w:hAnsi="ITC Bookman"/>
          <w:shd w:val="pct15" w:color="auto" w:fill="FFFFFF"/>
        </w:rPr>
        <w:t>5</w:t>
      </w:r>
      <w:r w:rsidR="00720E4C" w:rsidRPr="008A2B3C">
        <w:rPr>
          <w:rFonts w:ascii="ITC Bookman" w:eastAsia="標楷體" w:hAnsi="ITC Bookman"/>
          <w:shd w:val="pct15" w:color="auto" w:fill="FFFFFF"/>
        </w:rPr>
        <w:t xml:space="preserve">. </w:t>
      </w:r>
      <w:proofErr w:type="spellStart"/>
      <w:r w:rsidR="00720E4C" w:rsidRPr="008A2B3C">
        <w:rPr>
          <w:rFonts w:ascii="ITC Bookman" w:eastAsia="標楷體" w:hAnsi="ITC Bookman"/>
          <w:shd w:val="pct15" w:color="auto" w:fill="FFFFFF"/>
        </w:rPr>
        <w:t>雇主意見與建議</w:t>
      </w:r>
      <w:proofErr w:type="spellEnd"/>
      <w:r w:rsidR="00720E4C" w:rsidRPr="008A2B3C">
        <w:rPr>
          <w:rFonts w:ascii="ITC Bookman" w:eastAsia="標楷體" w:hAnsi="ITC Bookman"/>
          <w:shd w:val="pct15" w:color="auto" w:fill="FFFFFF"/>
        </w:rPr>
        <w:t xml:space="preserve"> / Employer Feedback</w:t>
      </w:r>
    </w:p>
    <w:tbl>
      <w:tblPr>
        <w:tblStyle w:val="aff2"/>
        <w:tblW w:w="0" w:type="auto"/>
        <w:tblLook w:val="04A0" w:firstRow="1" w:lastRow="0" w:firstColumn="1" w:lastColumn="0" w:noHBand="0" w:noVBand="1"/>
      </w:tblPr>
      <w:tblGrid>
        <w:gridCol w:w="6091"/>
        <w:gridCol w:w="4437"/>
      </w:tblGrid>
      <w:tr w:rsidR="00720E4C" w:rsidRPr="006D1847" w14:paraId="2CF17BED" w14:textId="77777777" w:rsidTr="004F39B3">
        <w:tc>
          <w:tcPr>
            <w:tcW w:w="6091" w:type="dxa"/>
          </w:tcPr>
          <w:p w14:paraId="1AC353E8" w14:textId="77777777" w:rsidR="00720E4C" w:rsidRPr="006D1847" w:rsidRDefault="00720E4C" w:rsidP="005F3AA8">
            <w:pPr>
              <w:rPr>
                <w:rFonts w:ascii="ITC Bookman" w:eastAsia="標楷體" w:hAnsi="ITC Bookman"/>
              </w:rPr>
            </w:pPr>
            <w:proofErr w:type="spellStart"/>
            <w:r w:rsidRPr="006D1847">
              <w:rPr>
                <w:rFonts w:ascii="ITC Bookman" w:eastAsia="標楷體" w:hAnsi="ITC Bookman"/>
              </w:rPr>
              <w:t>學生工作表現評價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/ Student Performance Evaluation:</w:t>
            </w:r>
          </w:p>
        </w:tc>
        <w:tc>
          <w:tcPr>
            <w:tcW w:w="4437" w:type="dxa"/>
          </w:tcPr>
          <w:p w14:paraId="5276A700" w14:textId="77777777" w:rsidR="00720E4C" w:rsidRPr="006D1847" w:rsidRDefault="0084620D" w:rsidP="005F3AA8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r w:rsidRPr="006D1847">
              <w:rPr>
                <w:rFonts w:ascii="ITC Bookman" w:eastAsia="標楷體" w:hAnsi="ITC Bookman"/>
                <w:sz w:val="24"/>
              </w:rPr>
              <w:t>良好</w:t>
            </w:r>
            <w:proofErr w:type="gramStart"/>
            <w:r w:rsidRPr="006D1847">
              <w:rPr>
                <w:rFonts w:ascii="ITC Bookman" w:eastAsia="標楷體" w:hAnsi="ITC Bookman"/>
              </w:rPr>
              <w:t>Good</w:t>
            </w:r>
            <w:proofErr w:type="spellEnd"/>
            <w:r w:rsidRPr="006D1847">
              <w:rPr>
                <w:rFonts w:ascii="ITC Bookman" w:eastAsia="標楷體" w:hAnsi="ITC Bookman"/>
                <w:lang w:eastAsia="zh-TW"/>
              </w:rPr>
              <w:t xml:space="preserve">  </w:t>
            </w: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proofErr w:type="gramEnd"/>
            <w:r w:rsidRPr="006D1847">
              <w:rPr>
                <w:rFonts w:ascii="ITC Bookman" w:eastAsia="標楷體" w:hAnsi="ITC Bookman"/>
                <w:sz w:val="24"/>
              </w:rPr>
              <w:t>尚可</w:t>
            </w:r>
            <w:r w:rsidRPr="006D1847">
              <w:rPr>
                <w:rFonts w:ascii="ITC Bookman" w:eastAsia="標楷體" w:hAnsi="ITC Bookman"/>
              </w:rPr>
              <w:t>Fair</w:t>
            </w:r>
            <w:proofErr w:type="spellEnd"/>
            <w:r w:rsidRPr="006D1847">
              <w:rPr>
                <w:rFonts w:ascii="ITC Bookman" w:eastAsia="標楷體" w:hAnsi="ITC Bookman"/>
                <w:sz w:val="24"/>
              </w:rPr>
              <w:t xml:space="preserve"> </w:t>
            </w:r>
            <w:r w:rsidRPr="006D1847">
              <w:rPr>
                <w:rFonts w:ascii="Times New Roman" w:eastAsia="標楷體" w:hAnsi="Times New Roman" w:cs="Times New Roman"/>
                <w:sz w:val="24"/>
              </w:rPr>
              <w:t>□</w:t>
            </w:r>
            <w:proofErr w:type="spellStart"/>
            <w:r w:rsidRPr="006D1847">
              <w:rPr>
                <w:rFonts w:ascii="ITC Bookman" w:eastAsia="標楷體" w:hAnsi="ITC Bookman"/>
                <w:sz w:val="24"/>
              </w:rPr>
              <w:t>不佳</w:t>
            </w:r>
            <w:proofErr w:type="spellEnd"/>
            <w:r w:rsidRPr="006D1847">
              <w:rPr>
                <w:rFonts w:ascii="ITC Bookman" w:eastAsia="標楷體" w:hAnsi="ITC Bookman"/>
              </w:rPr>
              <w:t xml:space="preserve"> Poor</w:t>
            </w:r>
          </w:p>
        </w:tc>
      </w:tr>
      <w:tr w:rsidR="00720E4C" w:rsidRPr="006D1847" w14:paraId="6F6883AB" w14:textId="77777777" w:rsidTr="004F39B3">
        <w:tc>
          <w:tcPr>
            <w:tcW w:w="6091" w:type="dxa"/>
          </w:tcPr>
          <w:p w14:paraId="472BED2B" w14:textId="77777777" w:rsidR="00720E4C" w:rsidRPr="006D1847" w:rsidRDefault="00720E4C" w:rsidP="005F3AA8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ITC Bookman" w:eastAsia="標楷體" w:hAnsi="ITC Bookman"/>
              </w:rPr>
              <w:t>對學校建議／需協助事項</w:t>
            </w:r>
            <w:r w:rsidRPr="006D1847">
              <w:rPr>
                <w:rFonts w:ascii="ITC Bookman" w:eastAsia="標楷體" w:hAnsi="ITC Bookman"/>
              </w:rPr>
              <w:t xml:space="preserve"> / Suggestions or Support Needed:</w:t>
            </w:r>
          </w:p>
        </w:tc>
        <w:tc>
          <w:tcPr>
            <w:tcW w:w="4437" w:type="dxa"/>
          </w:tcPr>
          <w:p w14:paraId="7B365BB1" w14:textId="77777777" w:rsidR="00720E4C" w:rsidRPr="006D1847" w:rsidRDefault="00720E4C" w:rsidP="005F3AA8">
            <w:pPr>
              <w:rPr>
                <w:rFonts w:ascii="ITC Bookman" w:eastAsia="標楷體" w:hAnsi="ITC Bookman"/>
              </w:rPr>
            </w:pPr>
            <w:r w:rsidRPr="006D1847">
              <w:rPr>
                <w:rFonts w:ascii="Times New Roman" w:eastAsia="標楷體" w:hAnsi="Times New Roman" w:cs="Times New Roman"/>
              </w:rPr>
              <w:t>□</w:t>
            </w:r>
            <w:r w:rsidRPr="006D1847">
              <w:rPr>
                <w:rFonts w:ascii="ITC Bookman" w:eastAsia="標楷體" w:hAnsi="ITC Bookman"/>
              </w:rPr>
              <w:t>無</w:t>
            </w:r>
            <w:r w:rsidR="0084620D" w:rsidRPr="006D1847">
              <w:rPr>
                <w:rFonts w:ascii="ITC Bookman" w:eastAsia="標楷體" w:hAnsi="ITC Bookman"/>
              </w:rPr>
              <w:t>No</w:t>
            </w:r>
            <w:r w:rsidRPr="006D1847">
              <w:rPr>
                <w:rFonts w:ascii="ITC Bookman" w:eastAsia="標楷體" w:hAnsi="ITC Bookman"/>
              </w:rPr>
              <w:t xml:space="preserve"> </w:t>
            </w:r>
            <w:r w:rsidRPr="006D1847">
              <w:rPr>
                <w:rFonts w:ascii="Times New Roman" w:eastAsia="標楷體" w:hAnsi="Times New Roman" w:cs="Times New Roman"/>
              </w:rPr>
              <w:t>□</w:t>
            </w:r>
            <w:r w:rsidRPr="006D1847">
              <w:rPr>
                <w:rFonts w:ascii="ITC Bookman" w:eastAsia="標楷體" w:hAnsi="ITC Bookman"/>
              </w:rPr>
              <w:t>有</w:t>
            </w:r>
            <w:r w:rsidR="0084620D" w:rsidRPr="006D1847">
              <w:rPr>
                <w:rFonts w:ascii="ITC Bookman" w:eastAsia="標楷體" w:hAnsi="ITC Bookman"/>
              </w:rPr>
              <w:t>YES</w:t>
            </w:r>
          </w:p>
        </w:tc>
      </w:tr>
    </w:tbl>
    <w:p w14:paraId="17902664" w14:textId="77777777" w:rsidR="006D1847" w:rsidRDefault="006D1847" w:rsidP="00996B27">
      <w:pPr>
        <w:pStyle w:val="21"/>
        <w:rPr>
          <w:rFonts w:ascii="ITC Bookman" w:eastAsia="標楷體" w:hAnsi="ITC Bookman"/>
        </w:rPr>
        <w:sectPr w:rsidR="006D1847" w:rsidSect="00F42353">
          <w:footerReference w:type="default" r:id="rId9"/>
          <w:pgSz w:w="12240" w:h="15840"/>
          <w:pgMar w:top="851" w:right="851" w:bottom="851" w:left="851" w:header="720" w:footer="720" w:gutter="0"/>
          <w:cols w:space="720"/>
          <w:docGrid w:linePitch="360"/>
        </w:sectPr>
      </w:pPr>
    </w:p>
    <w:p w14:paraId="101D9A21" w14:textId="77777777" w:rsidR="00996B27" w:rsidRPr="008A2B3C" w:rsidRDefault="00996B27" w:rsidP="00996B27">
      <w:pPr>
        <w:pStyle w:val="21"/>
        <w:rPr>
          <w:rFonts w:ascii="ITC Bookman" w:eastAsia="標楷體" w:hAnsi="ITC Bookman"/>
          <w:shd w:val="pct15" w:color="auto" w:fill="FFFFFF"/>
        </w:rPr>
      </w:pPr>
      <w:r w:rsidRPr="008A2B3C">
        <w:rPr>
          <w:rFonts w:ascii="ITC Bookman" w:eastAsia="標楷體" w:hAnsi="ITC Bookman"/>
          <w:shd w:val="pct15" w:color="auto" w:fill="FFFFFF"/>
        </w:rPr>
        <w:lastRenderedPageBreak/>
        <w:t xml:space="preserve">6. </w:t>
      </w:r>
      <w:proofErr w:type="spellStart"/>
      <w:r w:rsidRPr="008A2B3C">
        <w:rPr>
          <w:rFonts w:ascii="ITC Bookman" w:eastAsia="標楷體" w:hAnsi="ITC Bookman"/>
          <w:shd w:val="pct15" w:color="auto" w:fill="FFFFFF"/>
        </w:rPr>
        <w:t>學生工讀狀況及輔導紀錄</w:t>
      </w:r>
      <w:proofErr w:type="spellEnd"/>
      <w:r w:rsidR="00FF39A2" w:rsidRPr="008A2B3C">
        <w:rPr>
          <w:rFonts w:ascii="ITC Bookman" w:eastAsia="標楷體" w:hAnsi="ITC Bookman"/>
          <w:shd w:val="pct15" w:color="auto" w:fill="FFFFFF"/>
        </w:rPr>
        <w:t>/ Student Job Status &amp; Counseling Notes</w:t>
      </w:r>
    </w:p>
    <w:tbl>
      <w:tblPr>
        <w:tblW w:w="5405" w:type="pct"/>
        <w:tblInd w:w="-307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4873"/>
        <w:gridCol w:w="5192"/>
      </w:tblGrid>
      <w:tr w:rsidR="00996B27" w:rsidRPr="006D1847" w14:paraId="27C7B14C" w14:textId="77777777" w:rsidTr="00E35F78">
        <w:trPr>
          <w:trHeight w:val="523"/>
        </w:trPr>
        <w:tc>
          <w:tcPr>
            <w:tcW w:w="5000" w:type="pct"/>
            <w:gridSpan w:val="3"/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AEA89F" w14:textId="77777777" w:rsidR="00996B27" w:rsidRPr="006D1847" w:rsidRDefault="00996B27" w:rsidP="00BD6ED7">
            <w:pPr>
              <w:pStyle w:val="TableParagraph"/>
              <w:numPr>
                <w:ilvl w:val="0"/>
                <w:numId w:val="10"/>
              </w:numPr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學生對工作的整體滿意度</w:t>
            </w:r>
            <w:r w:rsidR="00FD750B" w:rsidRPr="006D1847">
              <w:rPr>
                <w:rFonts w:ascii="ITC Bookman" w:hAnsi="ITC Bookman"/>
                <w:lang w:val="en-US"/>
              </w:rPr>
              <w:t xml:space="preserve"> </w:t>
            </w:r>
            <w:r w:rsidR="00FD750B" w:rsidRPr="006D1847">
              <w:rPr>
                <w:rFonts w:ascii="ITC Bookman" w:hAnsi="ITC Bookman"/>
                <w:sz w:val="24"/>
                <w:lang w:val="en-US"/>
              </w:rPr>
              <w:t>Overall Student Job Satisfaction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良好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Good 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尚可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Fair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不佳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 Poor</w:t>
            </w:r>
          </w:p>
          <w:p w14:paraId="7987C449" w14:textId="77777777" w:rsidR="00996B27" w:rsidRPr="006D1847" w:rsidRDefault="00996B27" w:rsidP="00BD6ED7">
            <w:pPr>
              <w:pStyle w:val="TableParagraph"/>
              <w:numPr>
                <w:ilvl w:val="0"/>
                <w:numId w:val="10"/>
              </w:numPr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學生與</w:t>
            </w:r>
            <w:proofErr w:type="gramStart"/>
            <w:r w:rsidRPr="006D1847">
              <w:rPr>
                <w:rFonts w:ascii="ITC Bookman" w:hAnsi="ITC Bookman"/>
                <w:lang w:val="en-US"/>
              </w:rPr>
              <w:t>同事間的互動</w:t>
            </w:r>
            <w:proofErr w:type="gramEnd"/>
            <w:r w:rsidRPr="006D1847">
              <w:rPr>
                <w:rFonts w:ascii="ITC Bookman" w:hAnsi="ITC Bookman"/>
                <w:lang w:val="en-US"/>
              </w:rPr>
              <w:t>情形</w:t>
            </w:r>
            <w:r w:rsidR="00FD750B" w:rsidRPr="006D1847">
              <w:rPr>
                <w:rFonts w:ascii="ITC Bookman" w:hAnsi="ITC Bookman"/>
                <w:lang w:val="en-US"/>
              </w:rPr>
              <w:t xml:space="preserve"> </w:t>
            </w:r>
            <w:r w:rsidR="00FD750B" w:rsidRPr="006D1847">
              <w:rPr>
                <w:rFonts w:ascii="ITC Bookman" w:hAnsi="ITC Bookman"/>
                <w:sz w:val="24"/>
                <w:lang w:val="en-US"/>
              </w:rPr>
              <w:t xml:space="preserve">Interactions with Colleagues 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良好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Good 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尚可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Fair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不佳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 Poor</w:t>
            </w:r>
          </w:p>
          <w:p w14:paraId="68820D44" w14:textId="77777777" w:rsidR="00996B27" w:rsidRPr="006D1847" w:rsidRDefault="00996B27" w:rsidP="00BD6ED7">
            <w:pPr>
              <w:pStyle w:val="TableParagraph"/>
              <w:numPr>
                <w:ilvl w:val="0"/>
                <w:numId w:val="10"/>
              </w:numPr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學生與主管的互動情形</w:t>
            </w:r>
            <w:r w:rsidR="00FD750B" w:rsidRPr="006D1847">
              <w:rPr>
                <w:rFonts w:ascii="ITC Bookman" w:hAnsi="ITC Bookman"/>
                <w:lang w:val="en-US"/>
              </w:rPr>
              <w:t xml:space="preserve"> </w:t>
            </w:r>
            <w:r w:rsidR="00FD750B" w:rsidRPr="006D1847">
              <w:rPr>
                <w:rFonts w:ascii="ITC Bookman" w:hAnsi="ITC Bookman"/>
                <w:sz w:val="24"/>
                <w:lang w:val="en-US"/>
              </w:rPr>
              <w:t>Interactions with Supervisor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良好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Good 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尚可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Fair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不佳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 Poor</w:t>
            </w:r>
          </w:p>
          <w:p w14:paraId="6043E782" w14:textId="77777777" w:rsidR="00996B27" w:rsidRPr="006D1847" w:rsidRDefault="00996B27" w:rsidP="00BD6ED7">
            <w:pPr>
              <w:pStyle w:val="TableParagraph"/>
              <w:numPr>
                <w:ilvl w:val="0"/>
                <w:numId w:val="10"/>
              </w:numPr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學生對工作環境的滿意度</w:t>
            </w:r>
            <w:r w:rsidR="00FD750B" w:rsidRPr="006D1847">
              <w:rPr>
                <w:rFonts w:ascii="ITC Bookman" w:hAnsi="ITC Bookman"/>
                <w:lang w:val="en-US"/>
              </w:rPr>
              <w:t xml:space="preserve"> </w:t>
            </w:r>
            <w:r w:rsidR="00FD750B" w:rsidRPr="006D1847">
              <w:rPr>
                <w:rFonts w:ascii="ITC Bookman" w:hAnsi="ITC Bookman"/>
                <w:sz w:val="24"/>
                <w:lang w:val="en-US"/>
              </w:rPr>
              <w:t>Work Environment Satisfaction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良好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Good 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尚可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Fair </w:t>
            </w:r>
            <w:r w:rsidR="00FF39A2"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不佳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 Poor</w:t>
            </w:r>
          </w:p>
          <w:p w14:paraId="28153F18" w14:textId="77777777" w:rsidR="00FD750B" w:rsidRPr="006D1847" w:rsidRDefault="00996B27" w:rsidP="0001668B">
            <w:pPr>
              <w:pStyle w:val="TableParagraph"/>
              <w:numPr>
                <w:ilvl w:val="0"/>
                <w:numId w:val="10"/>
              </w:numPr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學生工讀時數是否符合規範</w:t>
            </w:r>
            <w:r w:rsidR="00FD750B" w:rsidRPr="006D1847">
              <w:rPr>
                <w:rFonts w:ascii="ITC Bookman" w:hAnsi="ITC Bookman"/>
                <w:lang w:val="en-US"/>
              </w:rPr>
              <w:t xml:space="preserve"> </w:t>
            </w:r>
            <w:r w:rsidR="00FD750B" w:rsidRPr="006D1847">
              <w:rPr>
                <w:rFonts w:ascii="ITC Bookman" w:hAnsi="ITC Bookman"/>
                <w:sz w:val="24"/>
                <w:lang w:val="en-US"/>
              </w:rPr>
              <w:t>Work Hour Compliance</w:t>
            </w:r>
            <w:r w:rsidR="008024D0" w:rsidRPr="006D1847">
              <w:rPr>
                <w:rFonts w:ascii="ITC Bookman" w:hAnsi="ITC Bookman"/>
                <w:lang w:val="en-US"/>
              </w:rPr>
              <w:t xml:space="preserve">  </w:t>
            </w:r>
            <w:r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是</w:t>
            </w:r>
            <w:r w:rsidR="00FF39A2" w:rsidRPr="006D1847">
              <w:rPr>
                <w:rFonts w:ascii="ITC Bookman" w:hAnsi="ITC Bookman"/>
                <w:lang w:val="en-US"/>
              </w:rPr>
              <w:t>YES</w:t>
            </w:r>
            <w:r w:rsidRPr="006D1847">
              <w:rPr>
                <w:rFonts w:ascii="ITC Bookman" w:hAnsi="ITC Bookman"/>
                <w:lang w:val="en-US"/>
              </w:rPr>
              <w:t xml:space="preserve">    </w:t>
            </w:r>
            <w:proofErr w:type="gramStart"/>
            <w:r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="00FF39A2" w:rsidRPr="006D1847">
              <w:rPr>
                <w:rFonts w:ascii="ITC Bookman" w:hAnsi="ITC Bookman"/>
                <w:lang w:val="en-US"/>
              </w:rPr>
              <w:t>否</w:t>
            </w:r>
            <w:proofErr w:type="gramEnd"/>
            <w:r w:rsidR="00FF39A2" w:rsidRPr="006D1847">
              <w:rPr>
                <w:rFonts w:ascii="ITC Bookman" w:hAnsi="ITC Bookman"/>
                <w:lang w:val="en-US"/>
              </w:rPr>
              <w:t>NO</w:t>
            </w:r>
          </w:p>
          <w:p w14:paraId="52223F87" w14:textId="77777777" w:rsidR="00996B27" w:rsidRPr="006D1847" w:rsidRDefault="00996B27" w:rsidP="00FD750B">
            <w:pPr>
              <w:pStyle w:val="TableParagraph"/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(</w:t>
            </w:r>
            <w:proofErr w:type="gramStart"/>
            <w:r w:rsidRPr="006D1847">
              <w:rPr>
                <w:rFonts w:ascii="ITC Bookman" w:hAnsi="ITC Bookman"/>
                <w:lang w:val="en-US"/>
              </w:rPr>
              <w:t>一週</w:t>
            </w:r>
            <w:proofErr w:type="gramEnd"/>
            <w:r w:rsidR="00FF39A2" w:rsidRPr="006D1847">
              <w:rPr>
                <w:rFonts w:ascii="ITC Bookman" w:hAnsi="ITC Bookman"/>
                <w:lang w:val="en-US"/>
              </w:rPr>
              <w:t>上限</w:t>
            </w:r>
            <w:r w:rsidRPr="006D1847">
              <w:rPr>
                <w:rFonts w:ascii="ITC Bookman" w:hAnsi="ITC Bookman"/>
                <w:lang w:val="en-US"/>
              </w:rPr>
              <w:t>20</w:t>
            </w:r>
            <w:r w:rsidRPr="006D1847">
              <w:rPr>
                <w:rFonts w:ascii="ITC Bookman" w:hAnsi="ITC Bookman"/>
                <w:lang w:val="en-US"/>
              </w:rPr>
              <w:t>小時，寒暑假不限</w:t>
            </w:r>
            <w:r w:rsidRPr="006D1847">
              <w:rPr>
                <w:rFonts w:ascii="ITC Bookman" w:hAnsi="ITC Bookman"/>
                <w:lang w:val="en-US"/>
              </w:rPr>
              <w:t>)</w:t>
            </w:r>
            <w:r w:rsidR="00FF39A2" w:rsidRPr="006D1847">
              <w:rPr>
                <w:rFonts w:ascii="ITC Bookman" w:hAnsi="ITC Bookman"/>
                <w:lang w:val="en-US"/>
              </w:rPr>
              <w:t xml:space="preserve"> Work hours are restricted to 20 hours per week during the semester, but are unrestricted during official winter and summer breaks. </w:t>
            </w:r>
            <w:r w:rsidRPr="006D1847">
              <w:rPr>
                <w:rFonts w:ascii="ITC Bookman" w:hAnsi="ITC Bookman"/>
                <w:lang w:val="en-US"/>
              </w:rPr>
              <w:t xml:space="preserve">  </w:t>
            </w:r>
          </w:p>
          <w:p w14:paraId="06EC06A6" w14:textId="77777777" w:rsidR="006E4EDA" w:rsidRPr="006D1847" w:rsidRDefault="00996B27" w:rsidP="006E4EDA">
            <w:pPr>
              <w:pStyle w:val="TableParagraph"/>
              <w:numPr>
                <w:ilvl w:val="0"/>
                <w:numId w:val="10"/>
              </w:numPr>
              <w:tabs>
                <w:tab w:val="left" w:pos="851"/>
              </w:tabs>
              <w:spacing w:line="400" w:lineRule="exact"/>
              <w:ind w:left="289"/>
              <w:rPr>
                <w:rFonts w:ascii="ITC Bookman" w:hAnsi="ITC Bookman"/>
                <w:lang w:val="en-US"/>
              </w:rPr>
            </w:pPr>
            <w:r w:rsidRPr="006D1847">
              <w:rPr>
                <w:rFonts w:ascii="ITC Bookman" w:hAnsi="ITC Bookman"/>
                <w:lang w:val="en-US"/>
              </w:rPr>
              <w:t>工讀時段</w:t>
            </w:r>
            <w:r w:rsidR="006E4EDA" w:rsidRPr="006D1847">
              <w:rPr>
                <w:rFonts w:ascii="ITC Bookman" w:hAnsi="ITC Bookman"/>
                <w:lang w:val="en-US"/>
              </w:rPr>
              <w:t>Work Shift</w:t>
            </w:r>
            <w:r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Pr="006D1847">
              <w:rPr>
                <w:rFonts w:ascii="ITC Bookman" w:hAnsi="ITC Bookman"/>
                <w:lang w:val="en-US"/>
              </w:rPr>
              <w:t>日班</w:t>
            </w:r>
            <w:r w:rsidR="006E4EDA" w:rsidRPr="006D1847">
              <w:rPr>
                <w:rFonts w:ascii="ITC Bookman" w:hAnsi="ITC Bookman"/>
                <w:lang w:val="en-US"/>
              </w:rPr>
              <w:t xml:space="preserve">Day </w:t>
            </w:r>
            <w:r w:rsidRPr="006D1847">
              <w:rPr>
                <w:rFonts w:ascii="ITC Bookman" w:hAnsi="ITC Bookman"/>
                <w:lang w:val="en-US"/>
              </w:rPr>
              <w:t>(7:00-15:00)</w:t>
            </w:r>
            <w:r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Pr="006D1847">
              <w:rPr>
                <w:rFonts w:ascii="ITC Bookman" w:hAnsi="ITC Bookman"/>
                <w:lang w:val="en-US"/>
              </w:rPr>
              <w:t>夜班</w:t>
            </w:r>
            <w:r w:rsidR="006E4EDA" w:rsidRPr="006D1847">
              <w:rPr>
                <w:rFonts w:ascii="ITC Bookman" w:hAnsi="ITC Bookman"/>
                <w:lang w:val="en-US"/>
              </w:rPr>
              <w:t xml:space="preserve">Evening </w:t>
            </w:r>
            <w:r w:rsidRPr="006D1847">
              <w:rPr>
                <w:rFonts w:ascii="ITC Bookman" w:hAnsi="ITC Bookman"/>
                <w:lang w:val="en-US"/>
              </w:rPr>
              <w:t xml:space="preserve">(15:00-23:00) </w:t>
            </w:r>
            <w:r w:rsidRPr="006D1847">
              <w:rPr>
                <w:rFonts w:ascii="Times New Roman" w:hAnsi="Times New Roman" w:cs="Times New Roman"/>
                <w:lang w:val="en-US"/>
              </w:rPr>
              <w:t>□</w:t>
            </w:r>
            <w:r w:rsidRPr="006D1847">
              <w:rPr>
                <w:rFonts w:ascii="ITC Bookman" w:hAnsi="ITC Bookman"/>
                <w:lang w:val="en-US"/>
              </w:rPr>
              <w:t>大夜班</w:t>
            </w:r>
            <w:r w:rsidR="006E4EDA" w:rsidRPr="006D1847">
              <w:rPr>
                <w:rFonts w:ascii="ITC Bookman" w:hAnsi="ITC Bookman"/>
                <w:lang w:val="en-US"/>
              </w:rPr>
              <w:t xml:space="preserve">Night </w:t>
            </w:r>
            <w:r w:rsidRPr="006D1847">
              <w:rPr>
                <w:rFonts w:ascii="ITC Bookman" w:hAnsi="ITC Bookman"/>
                <w:lang w:val="en-US"/>
              </w:rPr>
              <w:t xml:space="preserve">(23:00-7:00) </w:t>
            </w:r>
          </w:p>
        </w:tc>
      </w:tr>
      <w:tr w:rsidR="0020765A" w:rsidRPr="006D1847" w14:paraId="29A7BBD2" w14:textId="77777777" w:rsidTr="00E35F78">
        <w:trPr>
          <w:trHeight w:val="1138"/>
        </w:trPr>
        <w:tc>
          <w:tcPr>
            <w:tcW w:w="563" w:type="pct"/>
            <w:vMerge w:val="restart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983C8" w14:textId="77777777" w:rsidR="0020765A" w:rsidRPr="006D1847" w:rsidRDefault="0020765A" w:rsidP="00D3747B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</w:rPr>
            </w:pPr>
            <w:r w:rsidRPr="006D1847">
              <w:rPr>
                <w:rFonts w:ascii="新細明體" w:eastAsia="新細明體" w:hAnsi="新細明體" w:cs="新細明體" w:hint="eastAsia"/>
                <w:sz w:val="24"/>
              </w:rPr>
              <w:t>※</w:t>
            </w:r>
            <w:r w:rsidRPr="006D1847">
              <w:rPr>
                <w:rFonts w:ascii="ITC Bookman" w:hAnsi="ITC Bookman"/>
                <w:sz w:val="24"/>
              </w:rPr>
              <w:t>輔導紀錄</w:t>
            </w:r>
          </w:p>
          <w:p w14:paraId="43715AF6" w14:textId="77777777" w:rsidR="00D3747B" w:rsidRPr="006D1847" w:rsidRDefault="00D3747B" w:rsidP="00D3747B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</w:rPr>
            </w:pPr>
            <w:r w:rsidRPr="006D1847">
              <w:rPr>
                <w:rFonts w:ascii="ITC Bookman" w:hAnsi="ITC Bookman"/>
                <w:sz w:val="24"/>
              </w:rPr>
              <w:t>Guidance Record</w:t>
            </w: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BB57E5" w14:textId="77777777" w:rsidR="0020765A" w:rsidRPr="006D1847" w:rsidRDefault="0020765A" w:rsidP="008D1F86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7E5CD" w14:textId="77777777" w:rsidR="0020765A" w:rsidRPr="006D1847" w:rsidRDefault="0020765A" w:rsidP="008D1F86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</w:rPr>
            </w:pPr>
          </w:p>
        </w:tc>
      </w:tr>
      <w:tr w:rsidR="0020765A" w:rsidRPr="006D1847" w14:paraId="1D0BD21D" w14:textId="77777777" w:rsidTr="00E35F78">
        <w:trPr>
          <w:trHeight w:val="971"/>
        </w:trPr>
        <w:tc>
          <w:tcPr>
            <w:tcW w:w="563" w:type="pct"/>
            <w:vMerge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D32AB" w14:textId="77777777" w:rsidR="0020765A" w:rsidRPr="006D1847" w:rsidRDefault="0020765A" w:rsidP="00BD6ED7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ind w:leftChars="100" w:left="220"/>
              <w:rPr>
                <w:rFonts w:ascii="ITC Bookman" w:hAnsi="ITC Bookman"/>
                <w:sz w:val="24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ED999F" w14:textId="77777777" w:rsidR="0020765A" w:rsidRPr="006D1847" w:rsidRDefault="0020765A" w:rsidP="008D1F86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  <w:lang w:val="en-US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2B37E3" w14:textId="77777777" w:rsidR="0020765A" w:rsidRPr="006D1847" w:rsidRDefault="0020765A" w:rsidP="008D1F86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  <w:lang w:val="en-US"/>
              </w:rPr>
            </w:pPr>
          </w:p>
        </w:tc>
      </w:tr>
      <w:tr w:rsidR="0020765A" w:rsidRPr="006D1847" w14:paraId="3FDE55F4" w14:textId="77777777" w:rsidTr="00E35F78">
        <w:trPr>
          <w:trHeight w:val="2268"/>
        </w:trPr>
        <w:tc>
          <w:tcPr>
            <w:tcW w:w="563" w:type="pct"/>
            <w:vMerge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8636C" w14:textId="77777777" w:rsidR="0020765A" w:rsidRPr="006D1847" w:rsidRDefault="0020765A" w:rsidP="00BD6ED7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ind w:leftChars="100" w:left="220"/>
              <w:rPr>
                <w:rFonts w:ascii="ITC Bookman" w:hAnsi="ITC Bookman"/>
                <w:sz w:val="24"/>
                <w:lang w:val="en-US"/>
              </w:rPr>
            </w:pPr>
          </w:p>
        </w:tc>
        <w:tc>
          <w:tcPr>
            <w:tcW w:w="21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5B0B9D" w14:textId="77777777" w:rsidR="0020765A" w:rsidRPr="006D1847" w:rsidRDefault="0020765A" w:rsidP="008D1F86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  <w:lang w:val="en-US"/>
              </w:rPr>
            </w:pPr>
          </w:p>
        </w:tc>
        <w:tc>
          <w:tcPr>
            <w:tcW w:w="2289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956A9" w14:textId="77777777" w:rsidR="0020765A" w:rsidRPr="006D1847" w:rsidRDefault="0020765A" w:rsidP="008D1F86">
            <w:pPr>
              <w:pStyle w:val="TableParagraph"/>
              <w:tabs>
                <w:tab w:val="left" w:pos="0"/>
                <w:tab w:val="left" w:pos="1"/>
                <w:tab w:val="left" w:pos="1200"/>
              </w:tabs>
              <w:rPr>
                <w:rFonts w:ascii="ITC Bookman" w:hAnsi="ITC Bookman"/>
                <w:sz w:val="24"/>
                <w:lang w:val="en-US"/>
              </w:rPr>
            </w:pPr>
          </w:p>
        </w:tc>
      </w:tr>
      <w:tr w:rsidR="00996B27" w:rsidRPr="006D1847" w14:paraId="1AD3153E" w14:textId="77777777" w:rsidTr="00E35F78">
        <w:trPr>
          <w:trHeight w:val="1648"/>
        </w:trPr>
        <w:tc>
          <w:tcPr>
            <w:tcW w:w="563" w:type="pct"/>
            <w:shd w:val="clear" w:color="auto" w:fill="F1F1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F945332" w14:textId="77777777" w:rsidR="00996B27" w:rsidRPr="006D1847" w:rsidRDefault="00996B27" w:rsidP="00BD6ED7">
            <w:pPr>
              <w:pStyle w:val="TableParagraph"/>
              <w:jc w:val="center"/>
              <w:rPr>
                <w:rFonts w:ascii="ITC Bookman" w:hAnsi="ITC Bookman"/>
                <w:sz w:val="24"/>
              </w:rPr>
            </w:pPr>
            <w:r w:rsidRPr="006D1847">
              <w:rPr>
                <w:rFonts w:ascii="ITC Bookman" w:hAnsi="ITC Bookman"/>
                <w:sz w:val="24"/>
              </w:rPr>
              <w:t>學生狀態</w:t>
            </w:r>
          </w:p>
          <w:p w14:paraId="0848920A" w14:textId="77777777" w:rsidR="00D3747B" w:rsidRPr="006D1847" w:rsidRDefault="00D3747B" w:rsidP="00BD6ED7">
            <w:pPr>
              <w:pStyle w:val="TableParagraph"/>
              <w:jc w:val="center"/>
              <w:rPr>
                <w:rFonts w:ascii="ITC Bookman" w:hAnsi="ITC Bookman"/>
                <w:sz w:val="24"/>
              </w:rPr>
            </w:pPr>
            <w:r w:rsidRPr="006D1847">
              <w:rPr>
                <w:rFonts w:ascii="ITC Bookman" w:hAnsi="ITC Bookman"/>
                <w:sz w:val="24"/>
              </w:rPr>
              <w:t>Student Status</w:t>
            </w:r>
          </w:p>
        </w:tc>
        <w:tc>
          <w:tcPr>
            <w:tcW w:w="4437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173A2F" w14:textId="77777777" w:rsidR="00996B27" w:rsidRPr="006D1847" w:rsidRDefault="00996B27" w:rsidP="00BD6ED7">
            <w:pPr>
              <w:pStyle w:val="TableParagraph"/>
              <w:spacing w:line="400" w:lineRule="exact"/>
              <w:ind w:left="51"/>
              <w:rPr>
                <w:rFonts w:ascii="ITC Bookman" w:hAnsi="ITC Bookman"/>
                <w:sz w:val="24"/>
              </w:rPr>
            </w:pPr>
            <w:r w:rsidRPr="006D1847">
              <w:rPr>
                <w:rFonts w:ascii="Times New Roman" w:hAnsi="Times New Roman" w:cs="Times New Roman"/>
                <w:sz w:val="24"/>
              </w:rPr>
              <w:t>□</w:t>
            </w:r>
            <w:r w:rsidRPr="006D1847">
              <w:rPr>
                <w:rFonts w:ascii="ITC Bookman" w:hAnsi="ITC Bookman"/>
                <w:sz w:val="24"/>
              </w:rPr>
              <w:t>學生學習正常</w:t>
            </w:r>
            <w:r w:rsidR="008A3DC3" w:rsidRPr="006D1847">
              <w:rPr>
                <w:rFonts w:ascii="ITC Bookman" w:hAnsi="ITC Bookman" w:cstheme="minorBidi"/>
                <w:lang w:val="en-US" w:eastAsia="en-US" w:bidi="ar-SA"/>
              </w:rPr>
              <w:t>Learning progressing normally</w:t>
            </w:r>
          </w:p>
          <w:p w14:paraId="0D2011E4" w14:textId="77777777" w:rsidR="00996B27" w:rsidRPr="006D1847" w:rsidRDefault="00996B27" w:rsidP="00BD6ED7">
            <w:pPr>
              <w:pStyle w:val="TableParagraph"/>
              <w:spacing w:line="400" w:lineRule="exact"/>
              <w:ind w:left="51"/>
              <w:rPr>
                <w:rFonts w:ascii="ITC Bookman" w:hAnsi="ITC Bookman"/>
                <w:sz w:val="24"/>
                <w:lang w:val="en-US"/>
              </w:rPr>
            </w:pPr>
            <w:r w:rsidRPr="006D1847">
              <w:rPr>
                <w:rFonts w:ascii="Times New Roman" w:hAnsi="Times New Roman" w:cs="Times New Roman"/>
                <w:sz w:val="24"/>
              </w:rPr>
              <w:t>□</w:t>
            </w:r>
            <w:r w:rsidRPr="006D1847">
              <w:rPr>
                <w:rFonts w:ascii="ITC Bookman" w:hAnsi="ITC Bookman"/>
                <w:sz w:val="24"/>
              </w:rPr>
              <w:t>學生有缺課情形，但不影響學習。</w:t>
            </w:r>
            <w:r w:rsidR="008A3DC3" w:rsidRPr="006D1847">
              <w:rPr>
                <w:rFonts w:ascii="ITC Bookman" w:hAnsi="ITC Bookman" w:cstheme="minorBidi"/>
                <w:lang w:val="en-US" w:eastAsia="en-US" w:bidi="ar-SA"/>
              </w:rPr>
              <w:t>Some absences noted, but learning is not affected</w:t>
            </w:r>
          </w:p>
          <w:p w14:paraId="225B1220" w14:textId="77777777" w:rsidR="00D3747B" w:rsidRPr="006D1847" w:rsidRDefault="00996B27" w:rsidP="008A3DC3">
            <w:pPr>
              <w:pStyle w:val="TableParagraph"/>
              <w:spacing w:line="400" w:lineRule="exact"/>
              <w:ind w:left="51" w:right="-116"/>
              <w:rPr>
                <w:rFonts w:ascii="ITC Bookman" w:hAnsi="ITC Bookman"/>
                <w:sz w:val="24"/>
                <w:lang w:val="en-US"/>
              </w:rPr>
            </w:pPr>
            <w:r w:rsidRPr="006D1847">
              <w:rPr>
                <w:rFonts w:ascii="Times New Roman" w:hAnsi="Times New Roman" w:cs="Times New Roman"/>
                <w:spacing w:val="-9"/>
                <w:sz w:val="24"/>
                <w:lang w:val="en-US"/>
              </w:rPr>
              <w:t>□</w:t>
            </w:r>
            <w:r w:rsidRPr="006D1847">
              <w:rPr>
                <w:rFonts w:ascii="ITC Bookman" w:hAnsi="ITC Bookman"/>
                <w:spacing w:val="-9"/>
                <w:sz w:val="24"/>
              </w:rPr>
              <w:t>學生缺課情形嚴重</w:t>
            </w:r>
            <w:r w:rsidRPr="006D1847">
              <w:rPr>
                <w:rFonts w:ascii="ITC Bookman" w:hAnsi="ITC Bookman"/>
                <w:spacing w:val="-9"/>
                <w:sz w:val="24"/>
                <w:lang w:val="en-US"/>
              </w:rPr>
              <w:t>，</w:t>
            </w:r>
            <w:r w:rsidRPr="006D1847">
              <w:rPr>
                <w:rFonts w:ascii="ITC Bookman" w:hAnsi="ITC Bookman"/>
                <w:sz w:val="24"/>
              </w:rPr>
              <w:t>需轉</w:t>
            </w:r>
            <w:proofErr w:type="gramStart"/>
            <w:r w:rsidRPr="006D1847">
              <w:rPr>
                <w:rFonts w:ascii="ITC Bookman" w:hAnsi="ITC Bookman"/>
                <w:sz w:val="24"/>
              </w:rPr>
              <w:t>介</w:t>
            </w:r>
            <w:proofErr w:type="gramEnd"/>
            <w:r w:rsidRPr="006D1847">
              <w:rPr>
                <w:rFonts w:ascii="ITC Bookman" w:hAnsi="ITC Bookman"/>
                <w:sz w:val="24"/>
              </w:rPr>
              <w:t>國際專修部進行加強輔導</w:t>
            </w:r>
            <w:r w:rsidR="00D3747B" w:rsidRPr="006D1847">
              <w:rPr>
                <w:rFonts w:ascii="ITC Bookman" w:hAnsi="ITC Bookman" w:cstheme="minorBidi"/>
                <w:lang w:val="en-US" w:eastAsia="en-US" w:bidi="ar-SA"/>
              </w:rPr>
              <w:t>Severe absenteeism; requires referral to the International Foundation Department for intensive guidance.</w:t>
            </w:r>
          </w:p>
        </w:tc>
      </w:tr>
    </w:tbl>
    <w:p w14:paraId="2EE2A72B" w14:textId="77777777" w:rsidR="0036162E" w:rsidRPr="00683ED3" w:rsidRDefault="0036162E" w:rsidP="009748A6">
      <w:pPr>
        <w:spacing w:beforeLines="100" w:before="240" w:after="0" w:line="0" w:lineRule="atLeast"/>
        <w:ind w:right="840"/>
        <w:jc w:val="right"/>
        <w:rPr>
          <w:rFonts w:ascii="ITC Bookman" w:eastAsia="標楷體" w:hAnsi="ITC Bookman" w:cs="Times New Roman"/>
          <w:kern w:val="3"/>
          <w:sz w:val="24"/>
          <w:szCs w:val="28"/>
          <w:lang w:eastAsia="zh-TW"/>
        </w:rPr>
      </w:pPr>
      <w:r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訪視人員</w:t>
      </w:r>
      <w:r w:rsidR="003639A9"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 xml:space="preserve">Visitor </w:t>
      </w:r>
      <w:r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/</w:t>
      </w:r>
      <w:r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導師</w:t>
      </w:r>
      <w:r w:rsidR="003639A9"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Mentor</w:t>
      </w:r>
      <w:r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簽名</w:t>
      </w:r>
      <w:r w:rsidR="003639A9"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Signature</w:t>
      </w:r>
      <w:r w:rsidRPr="00683ED3">
        <w:rPr>
          <w:rFonts w:ascii="ITC Bookman" w:eastAsia="標楷體" w:hAnsi="ITC Bookman" w:cs="Times New Roman"/>
          <w:kern w:val="3"/>
          <w:sz w:val="28"/>
          <w:szCs w:val="28"/>
          <w:lang w:eastAsia="zh-TW"/>
        </w:rPr>
        <w:t>：</w:t>
      </w:r>
      <w:r w:rsidRPr="00683ED3">
        <w:rPr>
          <w:rFonts w:ascii="ITC Bookman" w:eastAsia="標楷體" w:hAnsi="ITC Bookman" w:cs="Times New Roman"/>
          <w:kern w:val="3"/>
          <w:sz w:val="24"/>
          <w:szCs w:val="28"/>
          <w:lang w:eastAsia="zh-TW"/>
        </w:rPr>
        <w:t>_______________</w:t>
      </w:r>
    </w:p>
    <w:p w14:paraId="4833E693" w14:textId="77777777" w:rsidR="0036162E" w:rsidRPr="00683ED3" w:rsidRDefault="0036162E" w:rsidP="009748A6">
      <w:pPr>
        <w:spacing w:after="0"/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</w:pPr>
      <w:proofErr w:type="gramStart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註</w:t>
      </w:r>
      <w:proofErr w:type="gramEnd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：</w:t>
      </w:r>
      <w:bookmarkStart w:id="0" w:name="_GoBack"/>
      <w:bookmarkEnd w:id="0"/>
    </w:p>
    <w:p w14:paraId="0A2179F6" w14:textId="77777777" w:rsidR="0036162E" w:rsidRPr="00683ED3" w:rsidRDefault="0036162E" w:rsidP="009748A6">
      <w:pPr>
        <w:spacing w:after="0"/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</w:pP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1.</w:t>
      </w:r>
      <w:proofErr w:type="gramStart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本表請於</w:t>
      </w:r>
      <w:proofErr w:type="gramEnd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學期期中</w:t>
      </w: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(</w:t>
      </w: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課程開始日起算第九</w:t>
      </w:r>
      <w:proofErr w:type="gramStart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週</w:t>
      </w:r>
      <w:proofErr w:type="gramEnd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)</w:t>
      </w: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前彙整完成後送交國際專修部辦公室存</w:t>
      </w:r>
      <w:r w:rsidRPr="00683ED3">
        <w:rPr>
          <w:rFonts w:ascii="ITC Bookman" w:eastAsia="標楷體" w:hAnsi="ITC Bookman" w:cs="微軟正黑體"/>
          <w:kern w:val="2"/>
          <w:sz w:val="24"/>
          <w:szCs w:val="24"/>
          <w:lang w:eastAsia="zh-TW"/>
        </w:rPr>
        <w:t>查</w:t>
      </w:r>
      <w:r w:rsidRPr="00683ED3">
        <w:rPr>
          <w:rFonts w:ascii="ITC Bookman" w:eastAsia="標楷體" w:hAnsi="ITC Bookman" w:cs="MS Mincho"/>
          <w:kern w:val="2"/>
          <w:sz w:val="24"/>
          <w:szCs w:val="24"/>
          <w:lang w:eastAsia="zh-TW"/>
        </w:rPr>
        <w:t>。</w:t>
      </w:r>
    </w:p>
    <w:p w14:paraId="41507CB4" w14:textId="77777777" w:rsidR="00130A5F" w:rsidRPr="00683ED3" w:rsidRDefault="0036162E" w:rsidP="009748A6">
      <w:pPr>
        <w:spacing w:after="0"/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</w:pP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2.</w:t>
      </w: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學生需轉</w:t>
      </w:r>
      <w:proofErr w:type="gramStart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介</w:t>
      </w:r>
      <w:proofErr w:type="gramEnd"/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國際專修部進行加強輔導者，請於輔導當日告知國際專修部辦公室。</w:t>
      </w:r>
    </w:p>
    <w:p w14:paraId="47CCD0EB" w14:textId="77777777" w:rsidR="00067085" w:rsidRPr="00683ED3" w:rsidRDefault="00130A5F" w:rsidP="009748A6">
      <w:pPr>
        <w:spacing w:after="0"/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</w:pP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Remarks</w:t>
      </w:r>
      <w:r w:rsidR="00067085"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:</w:t>
      </w:r>
    </w:p>
    <w:p w14:paraId="1777A4CF" w14:textId="77777777" w:rsidR="00067085" w:rsidRPr="00683ED3" w:rsidRDefault="00130A5F" w:rsidP="009748A6">
      <w:pPr>
        <w:spacing w:after="0"/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</w:pP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1.</w:t>
      </w:r>
      <w:r w:rsidR="00067085"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Please complete and submit this form to the International Foundation Program (IFP) Office for record-keeping by mid-semester (before the 9th week from the start of courses).</w:t>
      </w:r>
    </w:p>
    <w:p w14:paraId="63FA6014" w14:textId="77777777" w:rsidR="00F576CB" w:rsidRPr="00683ED3" w:rsidRDefault="00130A5F" w:rsidP="009748A6">
      <w:pPr>
        <w:spacing w:after="0"/>
        <w:rPr>
          <w:rFonts w:ascii="ITC Bookman" w:eastAsia="標楷體" w:hAnsi="ITC Bookman"/>
          <w:lang w:eastAsia="zh-TW"/>
        </w:rPr>
      </w:pPr>
      <w:r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2.</w:t>
      </w:r>
      <w:r w:rsidR="00067085" w:rsidRPr="00683ED3">
        <w:rPr>
          <w:rFonts w:ascii="ITC Bookman" w:eastAsia="標楷體" w:hAnsi="ITC Bookman" w:cs="Times New Roman"/>
          <w:kern w:val="2"/>
          <w:sz w:val="24"/>
          <w:szCs w:val="24"/>
          <w:lang w:eastAsia="zh-TW"/>
        </w:rPr>
        <w:t>If a student requires referral to the IFP for intensive guidance, please notify the IFP Office on the day the guidance session occurs.</w:t>
      </w:r>
    </w:p>
    <w:sectPr w:rsidR="00F576CB" w:rsidRPr="00683ED3" w:rsidSect="00F42353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57EAEF" w14:textId="77777777" w:rsidR="0049021D" w:rsidRDefault="0049021D" w:rsidP="00F42353">
      <w:pPr>
        <w:spacing w:after="0" w:line="240" w:lineRule="auto"/>
      </w:pPr>
      <w:r>
        <w:separator/>
      </w:r>
    </w:p>
  </w:endnote>
  <w:endnote w:type="continuationSeparator" w:id="0">
    <w:p w14:paraId="5BBA596C" w14:textId="77777777" w:rsidR="0049021D" w:rsidRDefault="0049021D" w:rsidP="00F42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ITC Bookman">
    <w:panose1 w:val="02050504040505020204"/>
    <w:charset w:val="00"/>
    <w:family w:val="roman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54DA7" w14:textId="77777777" w:rsidR="00066D72" w:rsidRDefault="00066D7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48C32" w14:textId="77777777" w:rsidR="0049021D" w:rsidRDefault="0049021D" w:rsidP="00F42353">
      <w:pPr>
        <w:spacing w:after="0" w:line="240" w:lineRule="auto"/>
      </w:pPr>
      <w:r>
        <w:separator/>
      </w:r>
    </w:p>
  </w:footnote>
  <w:footnote w:type="continuationSeparator" w:id="0">
    <w:p w14:paraId="420D98DC" w14:textId="77777777" w:rsidR="0049021D" w:rsidRDefault="0049021D" w:rsidP="00F42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40D506C"/>
    <w:multiLevelType w:val="hybridMultilevel"/>
    <w:tmpl w:val="C936D3F8"/>
    <w:lvl w:ilvl="0" w:tplc="04090001">
      <w:start w:val="1"/>
      <w:numFmt w:val="bullet"/>
      <w:lvlText w:val=""/>
      <w:lvlJc w:val="left"/>
      <w:pPr>
        <w:ind w:left="7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40" w:hanging="480"/>
      </w:pPr>
      <w:rPr>
        <w:rFonts w:ascii="Wingdings" w:hAnsi="Wingdings" w:hint="default"/>
      </w:rPr>
    </w:lvl>
  </w:abstractNum>
  <w:abstractNum w:abstractNumId="10" w15:restartNumberingAfterBreak="0">
    <w:nsid w:val="35844F4B"/>
    <w:multiLevelType w:val="hybridMultilevel"/>
    <w:tmpl w:val="9F202C0A"/>
    <w:lvl w:ilvl="0" w:tplc="42F89562">
      <w:start w:val="1"/>
      <w:numFmt w:val="decimal"/>
      <w:lvlText w:val="（%1）"/>
      <w:lvlJc w:val="left"/>
      <w:pPr>
        <w:ind w:left="292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12" w:hanging="480"/>
      </w:pPr>
    </w:lvl>
    <w:lvl w:ilvl="2" w:tplc="0409001B" w:tentative="1">
      <w:start w:val="1"/>
      <w:numFmt w:val="lowerRoman"/>
      <w:lvlText w:val="%3."/>
      <w:lvlJc w:val="right"/>
      <w:pPr>
        <w:ind w:left="1492" w:hanging="480"/>
      </w:pPr>
    </w:lvl>
    <w:lvl w:ilvl="3" w:tplc="0409000F" w:tentative="1">
      <w:start w:val="1"/>
      <w:numFmt w:val="decimal"/>
      <w:lvlText w:val="%4."/>
      <w:lvlJc w:val="left"/>
      <w:pPr>
        <w:ind w:left="1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2" w:hanging="480"/>
      </w:pPr>
    </w:lvl>
    <w:lvl w:ilvl="5" w:tplc="0409001B" w:tentative="1">
      <w:start w:val="1"/>
      <w:numFmt w:val="lowerRoman"/>
      <w:lvlText w:val="%6."/>
      <w:lvlJc w:val="right"/>
      <w:pPr>
        <w:ind w:left="2932" w:hanging="480"/>
      </w:pPr>
    </w:lvl>
    <w:lvl w:ilvl="6" w:tplc="0409000F" w:tentative="1">
      <w:start w:val="1"/>
      <w:numFmt w:val="decimal"/>
      <w:lvlText w:val="%7."/>
      <w:lvlJc w:val="left"/>
      <w:pPr>
        <w:ind w:left="3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2" w:hanging="480"/>
      </w:pPr>
    </w:lvl>
    <w:lvl w:ilvl="8" w:tplc="0409001B" w:tentative="1">
      <w:start w:val="1"/>
      <w:numFmt w:val="lowerRoman"/>
      <w:lvlText w:val="%9."/>
      <w:lvlJc w:val="right"/>
      <w:pPr>
        <w:ind w:left="4372" w:hanging="48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148FF"/>
    <w:rsid w:val="00034616"/>
    <w:rsid w:val="00056742"/>
    <w:rsid w:val="0006063C"/>
    <w:rsid w:val="00066D72"/>
    <w:rsid w:val="00067085"/>
    <w:rsid w:val="000E75F6"/>
    <w:rsid w:val="00124567"/>
    <w:rsid w:val="00130A5F"/>
    <w:rsid w:val="0015074B"/>
    <w:rsid w:val="00181BBB"/>
    <w:rsid w:val="0020765A"/>
    <w:rsid w:val="00224ACE"/>
    <w:rsid w:val="002619E4"/>
    <w:rsid w:val="0029639D"/>
    <w:rsid w:val="00300BF3"/>
    <w:rsid w:val="00326F90"/>
    <w:rsid w:val="0036162E"/>
    <w:rsid w:val="003639A9"/>
    <w:rsid w:val="00382A08"/>
    <w:rsid w:val="0049021D"/>
    <w:rsid w:val="004C4890"/>
    <w:rsid w:val="004F39B3"/>
    <w:rsid w:val="00543A98"/>
    <w:rsid w:val="00553D82"/>
    <w:rsid w:val="00611B50"/>
    <w:rsid w:val="00683ED3"/>
    <w:rsid w:val="006D1847"/>
    <w:rsid w:val="006E4EDA"/>
    <w:rsid w:val="006F12BC"/>
    <w:rsid w:val="00720E4C"/>
    <w:rsid w:val="00763FE6"/>
    <w:rsid w:val="0077695E"/>
    <w:rsid w:val="008024D0"/>
    <w:rsid w:val="00805D17"/>
    <w:rsid w:val="0084620D"/>
    <w:rsid w:val="00857B94"/>
    <w:rsid w:val="00866BB8"/>
    <w:rsid w:val="008A2B3C"/>
    <w:rsid w:val="008A3DC3"/>
    <w:rsid w:val="008D1F86"/>
    <w:rsid w:val="008E6C30"/>
    <w:rsid w:val="008F46E5"/>
    <w:rsid w:val="00941BC3"/>
    <w:rsid w:val="009748A6"/>
    <w:rsid w:val="00975FDB"/>
    <w:rsid w:val="00996B27"/>
    <w:rsid w:val="009F74AD"/>
    <w:rsid w:val="00A11B3C"/>
    <w:rsid w:val="00A6061E"/>
    <w:rsid w:val="00AA1D8D"/>
    <w:rsid w:val="00AD7D63"/>
    <w:rsid w:val="00B47730"/>
    <w:rsid w:val="00BA60B5"/>
    <w:rsid w:val="00BE338D"/>
    <w:rsid w:val="00CB0664"/>
    <w:rsid w:val="00CD0E04"/>
    <w:rsid w:val="00D3747B"/>
    <w:rsid w:val="00D46FDC"/>
    <w:rsid w:val="00D70DA7"/>
    <w:rsid w:val="00DB39FC"/>
    <w:rsid w:val="00DC7E08"/>
    <w:rsid w:val="00E30A43"/>
    <w:rsid w:val="00E35F78"/>
    <w:rsid w:val="00F261BE"/>
    <w:rsid w:val="00F366D1"/>
    <w:rsid w:val="00F42353"/>
    <w:rsid w:val="00F576CB"/>
    <w:rsid w:val="00FA5F16"/>
    <w:rsid w:val="00FC693F"/>
    <w:rsid w:val="00FD750B"/>
    <w:rsid w:val="00FF3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639C1C"/>
  <w14:defaultImageDpi w14:val="300"/>
  <w15:docId w15:val="{7E61038F-BC78-45AC-8950-00C839AF3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ableParagraph">
    <w:name w:val="Table Paragraph"/>
    <w:basedOn w:val="a1"/>
    <w:rsid w:val="000E75F6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標楷體" w:eastAsia="標楷體" w:hAnsi="標楷體" w:cs="標楷體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22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3413276-6E54-412B-9121-37EE83E75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沈珮甄</cp:lastModifiedBy>
  <cp:revision>45</cp:revision>
  <cp:lastPrinted>2025-12-10T08:47:00Z</cp:lastPrinted>
  <dcterms:created xsi:type="dcterms:W3CDTF">2025-12-08T08:44:00Z</dcterms:created>
  <dcterms:modified xsi:type="dcterms:W3CDTF">2025-12-10T08:47:00Z</dcterms:modified>
  <cp:category/>
</cp:coreProperties>
</file>